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F6C3F" w14:textId="6F692653" w:rsidR="009C43A4" w:rsidRDefault="00B96F55" w:rsidP="00B96F55">
      <w:pPr>
        <w:pStyle w:val="Heading1"/>
        <w:jc w:val="center"/>
        <w:rPr>
          <w:b w:val="0"/>
          <w:bCs w:val="0"/>
          <w:color w:val="000000" w:themeColor="text1"/>
          <w:sz w:val="24"/>
          <w:szCs w:val="24"/>
        </w:rPr>
      </w:pPr>
      <w:r>
        <w:t>MANUSCRIPT TEMPLATE</w:t>
      </w:r>
      <w:r w:rsidR="00000000">
        <w:br/>
      </w:r>
      <w:r w:rsidR="00000000" w:rsidRPr="00B96F55">
        <w:rPr>
          <w:b w:val="0"/>
          <w:bCs w:val="0"/>
          <w:color w:val="000000" w:themeColor="text1"/>
          <w:sz w:val="24"/>
          <w:szCs w:val="24"/>
        </w:rPr>
        <w:t>Replace the placeholder text with your manuscript content before submission.</w:t>
      </w:r>
    </w:p>
    <w:p w14:paraId="2F0DB560" w14:textId="77777777" w:rsidR="00B96F55" w:rsidRPr="00B96F55" w:rsidRDefault="00B96F55" w:rsidP="00B96F55"/>
    <w:p w14:paraId="63289AE1" w14:textId="77777777" w:rsidR="009C43A4" w:rsidRDefault="00000000">
      <w:pPr>
        <w:pStyle w:val="Heading2"/>
      </w:pPr>
      <w:r>
        <w:t>Title</w:t>
      </w:r>
    </w:p>
    <w:p w14:paraId="27CA9C75" w14:textId="77777777" w:rsidR="009C43A4" w:rsidRDefault="00000000">
      <w:r>
        <w:rPr>
          <w:b/>
        </w:rPr>
        <w:t>Instruction:</w:t>
      </w:r>
    </w:p>
    <w:p w14:paraId="22E0EB81" w14:textId="77777777" w:rsidR="009C43A4" w:rsidRDefault="00000000">
      <w:r>
        <w:t>Concise, informative, and no abbreviations where possible.</w:t>
      </w:r>
    </w:p>
    <w:p w14:paraId="29B773C7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7DE170CE" w14:textId="77777777" w:rsidR="009C43A4" w:rsidRDefault="00000000">
      <w:pPr>
        <w:pStyle w:val="Heading2"/>
      </w:pPr>
      <w:r>
        <w:t>Running Title (Optional)</w:t>
      </w:r>
    </w:p>
    <w:p w14:paraId="4CB19508" w14:textId="77777777" w:rsidR="009C43A4" w:rsidRDefault="00000000">
      <w:r>
        <w:rPr>
          <w:b/>
        </w:rPr>
        <w:t>Instruction:</w:t>
      </w:r>
    </w:p>
    <w:p w14:paraId="53AF3A08" w14:textId="77777777" w:rsidR="009C43A4" w:rsidRDefault="00000000">
      <w:r>
        <w:t>Short running title (max ~60 characters).</w:t>
      </w:r>
    </w:p>
    <w:p w14:paraId="045234DA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60C250E8" w14:textId="77777777" w:rsidR="009C43A4" w:rsidRDefault="00000000">
      <w:pPr>
        <w:pStyle w:val="Heading2"/>
      </w:pPr>
      <w:r>
        <w:t>Authors</w:t>
      </w:r>
    </w:p>
    <w:p w14:paraId="19A6B996" w14:textId="77777777" w:rsidR="009C43A4" w:rsidRDefault="00000000">
      <w:r>
        <w:rPr>
          <w:b/>
        </w:rPr>
        <w:t>Instruction:</w:t>
      </w:r>
    </w:p>
    <w:p w14:paraId="2C2A7926" w14:textId="77777777" w:rsidR="009C43A4" w:rsidRDefault="00000000">
      <w:r>
        <w:t>Full Name1, Full Name2, Full Name3</w:t>
      </w:r>
    </w:p>
    <w:p w14:paraId="74766F7B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7E9FC93A" w14:textId="77777777" w:rsidR="009C43A4" w:rsidRDefault="00000000">
      <w:pPr>
        <w:pStyle w:val="Heading2"/>
      </w:pPr>
      <w:r>
        <w:t>Affiliations</w:t>
      </w:r>
    </w:p>
    <w:p w14:paraId="52F7A689" w14:textId="77777777" w:rsidR="009C43A4" w:rsidRDefault="00000000">
      <w:r>
        <w:rPr>
          <w:b/>
        </w:rPr>
        <w:t>Instruction:</w:t>
      </w:r>
    </w:p>
    <w:p w14:paraId="01BCC857" w14:textId="77777777" w:rsidR="009C43A4" w:rsidRDefault="00000000">
      <w:r>
        <w:t>1 Department, Institution, City, Country</w:t>
      </w:r>
      <w:r>
        <w:br/>
        <w:t>2 Department, Institution, City, Country</w:t>
      </w:r>
    </w:p>
    <w:p w14:paraId="425E5AAB" w14:textId="77777777" w:rsidR="009C43A4" w:rsidRDefault="00000000">
      <w:r>
        <w:lastRenderedPageBreak/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38C91A48" w14:textId="77777777" w:rsidR="009C43A4" w:rsidRDefault="00000000">
      <w:pPr>
        <w:pStyle w:val="Heading2"/>
      </w:pPr>
      <w:r>
        <w:t>Corresponding Author</w:t>
      </w:r>
    </w:p>
    <w:p w14:paraId="16020391" w14:textId="77777777" w:rsidR="009C43A4" w:rsidRDefault="00000000">
      <w:r>
        <w:rPr>
          <w:b/>
        </w:rPr>
        <w:t>Instruction:</w:t>
      </w:r>
    </w:p>
    <w:p w14:paraId="664F891F" w14:textId="77777777" w:rsidR="009C43A4" w:rsidRDefault="00000000">
      <w:r>
        <w:t>Name</w:t>
      </w:r>
      <w:r>
        <w:br/>
        <w:t>Email</w:t>
      </w:r>
      <w:r>
        <w:br/>
        <w:t>ORCID (optional)</w:t>
      </w:r>
    </w:p>
    <w:p w14:paraId="144C53FD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4F3ECFB3" w14:textId="77777777" w:rsidR="009C43A4" w:rsidRDefault="00000000">
      <w:pPr>
        <w:pStyle w:val="Heading2"/>
      </w:pPr>
      <w:r>
        <w:t>Abstract</w:t>
      </w:r>
    </w:p>
    <w:p w14:paraId="37B2E81C" w14:textId="77777777" w:rsidR="009C43A4" w:rsidRDefault="00000000">
      <w:r>
        <w:rPr>
          <w:b/>
        </w:rPr>
        <w:t>Instruction:</w:t>
      </w:r>
    </w:p>
    <w:p w14:paraId="657F4B18" w14:textId="77777777" w:rsidR="009C43A4" w:rsidRDefault="00000000">
      <w:r>
        <w:t>Maximum 250–300 words. Briefly include background, objective, methods, results, and conclusion.</w:t>
      </w:r>
    </w:p>
    <w:p w14:paraId="5F70B826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0255813F" w14:textId="77777777" w:rsidR="009C43A4" w:rsidRDefault="00000000">
      <w:pPr>
        <w:pStyle w:val="Heading2"/>
      </w:pPr>
      <w:r>
        <w:t>Keywords</w:t>
      </w:r>
    </w:p>
    <w:p w14:paraId="254BEF88" w14:textId="77777777" w:rsidR="009C43A4" w:rsidRDefault="00000000">
      <w:r>
        <w:rPr>
          <w:b/>
        </w:rPr>
        <w:t>Instruction:</w:t>
      </w:r>
    </w:p>
    <w:p w14:paraId="6D30FD3D" w14:textId="77777777" w:rsidR="009C43A4" w:rsidRDefault="00000000">
      <w:r>
        <w:t>Provide 4–8 keywords separated by semicolons.</w:t>
      </w:r>
    </w:p>
    <w:p w14:paraId="0B6FECEC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5FE0D29A" w14:textId="77777777" w:rsidR="009C43A4" w:rsidRDefault="00000000">
      <w:pPr>
        <w:pStyle w:val="Heading2"/>
      </w:pPr>
      <w:r>
        <w:t>1. Introduction</w:t>
      </w:r>
    </w:p>
    <w:p w14:paraId="4EFC58FA" w14:textId="77777777" w:rsidR="009C43A4" w:rsidRDefault="00000000">
      <w:r>
        <w:rPr>
          <w:b/>
        </w:rPr>
        <w:t>Instruction:</w:t>
      </w:r>
    </w:p>
    <w:p w14:paraId="41EE5266" w14:textId="77777777" w:rsidR="009C43A4" w:rsidRDefault="00000000">
      <w:r>
        <w:lastRenderedPageBreak/>
        <w:t>Background, literature review, research gap, objective and significance.</w:t>
      </w:r>
    </w:p>
    <w:p w14:paraId="6EDBFC40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0869245B" w14:textId="77777777" w:rsidR="009C43A4" w:rsidRDefault="00000000">
      <w:pPr>
        <w:pStyle w:val="Heading2"/>
      </w:pPr>
      <w:r>
        <w:t>2. Materials and Methods</w:t>
      </w:r>
    </w:p>
    <w:p w14:paraId="44A46956" w14:textId="77777777" w:rsidR="009C43A4" w:rsidRDefault="00000000">
      <w:r>
        <w:rPr>
          <w:b/>
        </w:rPr>
        <w:t>Instruction:</w:t>
      </w:r>
    </w:p>
    <w:p w14:paraId="7269DD82" w14:textId="77777777" w:rsidR="009C43A4" w:rsidRDefault="00000000">
      <w:r>
        <w:t>Study design; Materials/Reagents; Plant material (if applicable); Experimental procedures; Statistical analysis; Ethical approval (if applicable).</w:t>
      </w:r>
    </w:p>
    <w:p w14:paraId="6263B930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26C4551C" w14:textId="77777777" w:rsidR="009C43A4" w:rsidRDefault="00000000">
      <w:pPr>
        <w:pStyle w:val="Heading2"/>
      </w:pPr>
      <w:r>
        <w:t>3. Results</w:t>
      </w:r>
    </w:p>
    <w:p w14:paraId="5501D183" w14:textId="77777777" w:rsidR="009C43A4" w:rsidRDefault="00000000">
      <w:r>
        <w:rPr>
          <w:b/>
        </w:rPr>
        <w:t>Instruction:</w:t>
      </w:r>
    </w:p>
    <w:p w14:paraId="41CF6D39" w14:textId="77777777" w:rsidR="009C43A4" w:rsidRDefault="00000000">
      <w:r>
        <w:t>Present findings with tables and figures. Do not repeat table contents in full.</w:t>
      </w:r>
    </w:p>
    <w:p w14:paraId="4D9E0D5B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43733A3E" w14:textId="77777777" w:rsidR="009C43A4" w:rsidRDefault="00000000">
      <w:pPr>
        <w:pStyle w:val="Heading2"/>
      </w:pPr>
      <w:r>
        <w:t>4. Discussion</w:t>
      </w:r>
    </w:p>
    <w:p w14:paraId="368E42BA" w14:textId="77777777" w:rsidR="009C43A4" w:rsidRDefault="00000000">
      <w:r>
        <w:rPr>
          <w:b/>
        </w:rPr>
        <w:t>Instruction:</w:t>
      </w:r>
    </w:p>
    <w:p w14:paraId="0AA2AA1F" w14:textId="77777777" w:rsidR="009C43A4" w:rsidRDefault="00000000">
      <w:r>
        <w:t>Interpret findings, compare with previous studies, discuss strengths and limitations.</w:t>
      </w:r>
    </w:p>
    <w:p w14:paraId="1D6524DB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4C43A4DF" w14:textId="77777777" w:rsidR="009C43A4" w:rsidRDefault="00000000">
      <w:pPr>
        <w:pStyle w:val="Heading2"/>
      </w:pPr>
      <w:r>
        <w:t>5. Conclusion</w:t>
      </w:r>
    </w:p>
    <w:p w14:paraId="5A18EB82" w14:textId="77777777" w:rsidR="009C43A4" w:rsidRDefault="00000000">
      <w:r>
        <w:rPr>
          <w:b/>
        </w:rPr>
        <w:t>Instruction:</w:t>
      </w:r>
    </w:p>
    <w:p w14:paraId="090FB4AB" w14:textId="77777777" w:rsidR="009C43A4" w:rsidRDefault="00000000">
      <w:r>
        <w:lastRenderedPageBreak/>
        <w:t>Summarize the principal findings and future implications.</w:t>
      </w:r>
    </w:p>
    <w:p w14:paraId="3A92C0D0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2AFBCA59" w14:textId="77777777" w:rsidR="009C43A4" w:rsidRDefault="00000000">
      <w:pPr>
        <w:pStyle w:val="Heading2"/>
      </w:pPr>
      <w:r>
        <w:t>Author Contributions</w:t>
      </w:r>
    </w:p>
    <w:p w14:paraId="188E898F" w14:textId="77777777" w:rsidR="009C43A4" w:rsidRDefault="00000000">
      <w:r>
        <w:rPr>
          <w:b/>
        </w:rPr>
        <w:t>Instruction:</w:t>
      </w:r>
    </w:p>
    <w:p w14:paraId="2F3FE288" w14:textId="77777777" w:rsidR="009C43A4" w:rsidRDefault="00000000">
      <w:r>
        <w:t>Describe each author's contribution using the CRediT taxonomy where applicable.</w:t>
      </w:r>
    </w:p>
    <w:p w14:paraId="40E23BFF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42246F24" w14:textId="77777777" w:rsidR="009C43A4" w:rsidRDefault="00000000">
      <w:pPr>
        <w:pStyle w:val="Heading2"/>
      </w:pPr>
      <w:r>
        <w:t>Funding</w:t>
      </w:r>
    </w:p>
    <w:p w14:paraId="0AC89930" w14:textId="77777777" w:rsidR="009C43A4" w:rsidRDefault="00000000">
      <w:r>
        <w:rPr>
          <w:b/>
        </w:rPr>
        <w:t>Instruction:</w:t>
      </w:r>
    </w:p>
    <w:p w14:paraId="4CA9897F" w14:textId="77777777" w:rsidR="009C43A4" w:rsidRDefault="00000000">
      <w:r>
        <w:t>State funding source(s) or 'This research received no external funding.'</w:t>
      </w:r>
    </w:p>
    <w:p w14:paraId="1F0CBCC8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46B310DC" w14:textId="77777777" w:rsidR="009C43A4" w:rsidRDefault="00000000">
      <w:pPr>
        <w:pStyle w:val="Heading2"/>
      </w:pPr>
      <w:r>
        <w:t>Institutional Review Board Statement</w:t>
      </w:r>
    </w:p>
    <w:p w14:paraId="5E9A9758" w14:textId="77777777" w:rsidR="009C43A4" w:rsidRDefault="00000000">
      <w:r>
        <w:rPr>
          <w:b/>
        </w:rPr>
        <w:t>Instruction:</w:t>
      </w:r>
    </w:p>
    <w:p w14:paraId="6BACF97C" w14:textId="77777777" w:rsidR="009C43A4" w:rsidRDefault="00000000">
      <w:r>
        <w:t>Provide ethics approval information, if applicable.</w:t>
      </w:r>
    </w:p>
    <w:p w14:paraId="65EC072D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2ADC3060" w14:textId="77777777" w:rsidR="009C43A4" w:rsidRDefault="00000000">
      <w:pPr>
        <w:pStyle w:val="Heading2"/>
      </w:pPr>
      <w:r>
        <w:t>Informed Consent Statement</w:t>
      </w:r>
    </w:p>
    <w:p w14:paraId="5C38A359" w14:textId="77777777" w:rsidR="009C43A4" w:rsidRDefault="00000000">
      <w:r>
        <w:rPr>
          <w:b/>
        </w:rPr>
        <w:t>Instruction:</w:t>
      </w:r>
    </w:p>
    <w:p w14:paraId="03DF6A52" w14:textId="77777777" w:rsidR="009C43A4" w:rsidRDefault="00000000">
      <w:r>
        <w:t>State if informed consent was obtained, where applicable.</w:t>
      </w:r>
    </w:p>
    <w:p w14:paraId="2CFE8F3A" w14:textId="77777777" w:rsidR="009C43A4" w:rsidRDefault="00000000">
      <w:r>
        <w:lastRenderedPageBreak/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3CC969D4" w14:textId="77777777" w:rsidR="009C43A4" w:rsidRDefault="00000000">
      <w:pPr>
        <w:pStyle w:val="Heading2"/>
      </w:pPr>
      <w:r>
        <w:t>Data Availability Statement</w:t>
      </w:r>
    </w:p>
    <w:p w14:paraId="15EDC7FB" w14:textId="77777777" w:rsidR="009C43A4" w:rsidRDefault="00000000">
      <w:r>
        <w:rPr>
          <w:b/>
        </w:rPr>
        <w:t>Instruction:</w:t>
      </w:r>
    </w:p>
    <w:p w14:paraId="5E1D931E" w14:textId="77777777" w:rsidR="009C43A4" w:rsidRDefault="00000000">
      <w:r>
        <w:t>Indicate where supporting data are available.</w:t>
      </w:r>
    </w:p>
    <w:p w14:paraId="2FA1C2D0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6BBB6207" w14:textId="77777777" w:rsidR="009C43A4" w:rsidRDefault="00000000">
      <w:pPr>
        <w:pStyle w:val="Heading2"/>
      </w:pPr>
      <w:r>
        <w:t>Acknowledgments</w:t>
      </w:r>
    </w:p>
    <w:p w14:paraId="0EAC96CA" w14:textId="77777777" w:rsidR="009C43A4" w:rsidRDefault="00000000">
      <w:r>
        <w:rPr>
          <w:b/>
        </w:rPr>
        <w:t>Instruction:</w:t>
      </w:r>
    </w:p>
    <w:p w14:paraId="0E217AC2" w14:textId="77777777" w:rsidR="009C43A4" w:rsidRDefault="00000000">
      <w:r>
        <w:t>Recognize individuals or organizations that contributed but do not meet authorship criteria.</w:t>
      </w:r>
    </w:p>
    <w:p w14:paraId="356F20DF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034CCDED" w14:textId="77777777" w:rsidR="009C43A4" w:rsidRDefault="00000000">
      <w:pPr>
        <w:pStyle w:val="Heading2"/>
      </w:pPr>
      <w:r>
        <w:t>Conflicts of Interest</w:t>
      </w:r>
    </w:p>
    <w:p w14:paraId="3484B871" w14:textId="77777777" w:rsidR="009C43A4" w:rsidRDefault="00000000">
      <w:r>
        <w:rPr>
          <w:b/>
        </w:rPr>
        <w:t>Instruction:</w:t>
      </w:r>
    </w:p>
    <w:p w14:paraId="62A49B7F" w14:textId="77777777" w:rsidR="009C43A4" w:rsidRDefault="00000000">
      <w:r>
        <w:t>Declare conflicts or state 'The authors declare no conflict of interest.'</w:t>
      </w:r>
    </w:p>
    <w:p w14:paraId="5FEE3CD0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519FE40F" w14:textId="77777777" w:rsidR="009C43A4" w:rsidRDefault="00000000">
      <w:pPr>
        <w:pStyle w:val="Heading2"/>
      </w:pPr>
      <w:r>
        <w:t>AI-Assisted Content Disclosure</w:t>
      </w:r>
    </w:p>
    <w:p w14:paraId="7DFCEDE2" w14:textId="77777777" w:rsidR="009C43A4" w:rsidRDefault="00000000">
      <w:r>
        <w:rPr>
          <w:b/>
        </w:rPr>
        <w:t>Instruction:</w:t>
      </w:r>
    </w:p>
    <w:p w14:paraId="6B3F0085" w14:textId="77777777" w:rsidR="009C43A4" w:rsidRDefault="00000000">
      <w:r>
        <w:t>Disclose use of generative AI tools in manuscript preparation, if applicable.</w:t>
      </w:r>
    </w:p>
    <w:p w14:paraId="6B03CD40" w14:textId="77777777" w:rsidR="009C43A4" w:rsidRDefault="00000000">
      <w:r>
        <w:lastRenderedPageBreak/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0BE5EF7D" w14:textId="77777777" w:rsidR="009C43A4" w:rsidRDefault="00000000">
      <w:pPr>
        <w:pStyle w:val="Heading2"/>
      </w:pPr>
      <w:r>
        <w:t>References</w:t>
      </w:r>
    </w:p>
    <w:p w14:paraId="0F213CCB" w14:textId="77777777" w:rsidR="009C43A4" w:rsidRDefault="00000000">
      <w:r>
        <w:rPr>
          <w:b/>
        </w:rPr>
        <w:t>Instruction:</w:t>
      </w:r>
    </w:p>
    <w:p w14:paraId="0925FBEF" w14:textId="77777777" w:rsidR="009C43A4" w:rsidRDefault="00000000">
      <w:r>
        <w:t>Format consistently according to the journal reference style. Ensure every in-text citation appears in the reference list and vice versa.</w:t>
      </w:r>
    </w:p>
    <w:p w14:paraId="113EBE8B" w14:textId="77777777" w:rsidR="009C43A4" w:rsidRDefault="00000000">
      <w:r>
        <w:t>Write here:</w:t>
      </w:r>
      <w:r>
        <w:br/>
      </w:r>
      <w:r>
        <w:br/>
        <w:t>______________________________________________________________</w:t>
      </w:r>
      <w:r>
        <w:br/>
      </w:r>
      <w:r>
        <w:br/>
        <w:t>______________________________________________________________</w:t>
      </w:r>
    </w:p>
    <w:p w14:paraId="2F208F3F" w14:textId="77777777" w:rsidR="009C43A4" w:rsidRDefault="00000000">
      <w:pPr>
        <w:pStyle w:val="Heading2"/>
      </w:pPr>
      <w:r>
        <w:t>Tables</w:t>
      </w:r>
    </w:p>
    <w:p w14:paraId="0F2438EF" w14:textId="77777777" w:rsidR="009C43A4" w:rsidRDefault="00000000">
      <w:r>
        <w:t>Table 1.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7"/>
        <w:gridCol w:w="2157"/>
      </w:tblGrid>
      <w:tr w:rsidR="009C43A4" w14:paraId="025F6215" w14:textId="77777777">
        <w:tc>
          <w:tcPr>
            <w:tcW w:w="2160" w:type="dxa"/>
          </w:tcPr>
          <w:p w14:paraId="7BA8E284" w14:textId="77777777" w:rsidR="009C43A4" w:rsidRDefault="009C43A4"/>
        </w:tc>
        <w:tc>
          <w:tcPr>
            <w:tcW w:w="2160" w:type="dxa"/>
          </w:tcPr>
          <w:p w14:paraId="1906DCEA" w14:textId="77777777" w:rsidR="009C43A4" w:rsidRDefault="009C43A4"/>
        </w:tc>
        <w:tc>
          <w:tcPr>
            <w:tcW w:w="2160" w:type="dxa"/>
          </w:tcPr>
          <w:p w14:paraId="3755B355" w14:textId="77777777" w:rsidR="009C43A4" w:rsidRDefault="009C43A4"/>
        </w:tc>
        <w:tc>
          <w:tcPr>
            <w:tcW w:w="2160" w:type="dxa"/>
          </w:tcPr>
          <w:p w14:paraId="6DCD91CD" w14:textId="77777777" w:rsidR="009C43A4" w:rsidRDefault="009C43A4"/>
        </w:tc>
      </w:tr>
      <w:tr w:rsidR="009C43A4" w14:paraId="58D36A75" w14:textId="77777777">
        <w:tc>
          <w:tcPr>
            <w:tcW w:w="2160" w:type="dxa"/>
          </w:tcPr>
          <w:p w14:paraId="204275CE" w14:textId="77777777" w:rsidR="009C43A4" w:rsidRDefault="009C43A4"/>
        </w:tc>
        <w:tc>
          <w:tcPr>
            <w:tcW w:w="2160" w:type="dxa"/>
          </w:tcPr>
          <w:p w14:paraId="30AE1FD4" w14:textId="77777777" w:rsidR="009C43A4" w:rsidRDefault="009C43A4"/>
        </w:tc>
        <w:tc>
          <w:tcPr>
            <w:tcW w:w="2160" w:type="dxa"/>
          </w:tcPr>
          <w:p w14:paraId="2307D724" w14:textId="77777777" w:rsidR="009C43A4" w:rsidRDefault="009C43A4"/>
        </w:tc>
        <w:tc>
          <w:tcPr>
            <w:tcW w:w="2160" w:type="dxa"/>
          </w:tcPr>
          <w:p w14:paraId="7ED552B8" w14:textId="77777777" w:rsidR="009C43A4" w:rsidRDefault="009C43A4"/>
        </w:tc>
      </w:tr>
      <w:tr w:rsidR="009C43A4" w14:paraId="4848601B" w14:textId="77777777">
        <w:tc>
          <w:tcPr>
            <w:tcW w:w="2160" w:type="dxa"/>
          </w:tcPr>
          <w:p w14:paraId="41A7F008" w14:textId="77777777" w:rsidR="009C43A4" w:rsidRDefault="009C43A4"/>
        </w:tc>
        <w:tc>
          <w:tcPr>
            <w:tcW w:w="2160" w:type="dxa"/>
          </w:tcPr>
          <w:p w14:paraId="62B04177" w14:textId="77777777" w:rsidR="009C43A4" w:rsidRDefault="009C43A4"/>
        </w:tc>
        <w:tc>
          <w:tcPr>
            <w:tcW w:w="2160" w:type="dxa"/>
          </w:tcPr>
          <w:p w14:paraId="1ECC54EA" w14:textId="77777777" w:rsidR="009C43A4" w:rsidRDefault="009C43A4"/>
        </w:tc>
        <w:tc>
          <w:tcPr>
            <w:tcW w:w="2160" w:type="dxa"/>
          </w:tcPr>
          <w:p w14:paraId="1FE250F4" w14:textId="77777777" w:rsidR="009C43A4" w:rsidRDefault="009C43A4"/>
        </w:tc>
      </w:tr>
      <w:tr w:rsidR="009C43A4" w14:paraId="7065ADCE" w14:textId="77777777">
        <w:tc>
          <w:tcPr>
            <w:tcW w:w="2160" w:type="dxa"/>
          </w:tcPr>
          <w:p w14:paraId="1B9BBFE1" w14:textId="77777777" w:rsidR="009C43A4" w:rsidRDefault="009C43A4"/>
        </w:tc>
        <w:tc>
          <w:tcPr>
            <w:tcW w:w="2160" w:type="dxa"/>
          </w:tcPr>
          <w:p w14:paraId="411CECEF" w14:textId="77777777" w:rsidR="009C43A4" w:rsidRDefault="009C43A4"/>
        </w:tc>
        <w:tc>
          <w:tcPr>
            <w:tcW w:w="2160" w:type="dxa"/>
          </w:tcPr>
          <w:p w14:paraId="0DBA70A2" w14:textId="77777777" w:rsidR="009C43A4" w:rsidRDefault="009C43A4"/>
        </w:tc>
        <w:tc>
          <w:tcPr>
            <w:tcW w:w="2160" w:type="dxa"/>
          </w:tcPr>
          <w:p w14:paraId="447FA83B" w14:textId="77777777" w:rsidR="009C43A4" w:rsidRDefault="009C43A4"/>
        </w:tc>
      </w:tr>
    </w:tbl>
    <w:p w14:paraId="07C9B7E4" w14:textId="77777777" w:rsidR="009C43A4" w:rsidRDefault="00000000">
      <w:pPr>
        <w:pStyle w:val="Heading2"/>
      </w:pPr>
      <w:r>
        <w:t>Figure Captions</w:t>
      </w:r>
    </w:p>
    <w:p w14:paraId="60A069A3" w14:textId="77777777" w:rsidR="009C43A4" w:rsidRDefault="00000000">
      <w:r>
        <w:t>Figure 1. Caption</w:t>
      </w:r>
      <w:r>
        <w:br/>
        <w:t>Figure 2. Caption</w:t>
      </w:r>
    </w:p>
    <w:p w14:paraId="05017AD2" w14:textId="77777777" w:rsidR="009C43A4" w:rsidRDefault="00000000">
      <w:pPr>
        <w:pStyle w:val="Heading2"/>
      </w:pPr>
      <w:r>
        <w:t>Submission Checklist</w:t>
      </w:r>
    </w:p>
    <w:p w14:paraId="24D16D48" w14:textId="77777777" w:rsidR="009C43A4" w:rsidRDefault="00000000">
      <w:r>
        <w:t>☐ Manuscript prepared using this template.</w:t>
      </w:r>
    </w:p>
    <w:p w14:paraId="115A3654" w14:textId="77777777" w:rsidR="009C43A4" w:rsidRDefault="00000000">
      <w:r>
        <w:t>☐ Title page completed.</w:t>
      </w:r>
    </w:p>
    <w:p w14:paraId="4CE2FFD1" w14:textId="77777777" w:rsidR="009C43A4" w:rsidRDefault="00000000">
      <w:r>
        <w:t>☐ Abstract and keywords included.</w:t>
      </w:r>
    </w:p>
    <w:p w14:paraId="3B7CE3D2" w14:textId="77777777" w:rsidR="009C43A4" w:rsidRDefault="00000000">
      <w:r>
        <w:t>☐ References checked.</w:t>
      </w:r>
    </w:p>
    <w:p w14:paraId="413CC289" w14:textId="77777777" w:rsidR="009C43A4" w:rsidRDefault="00000000">
      <w:r>
        <w:t>☐ Figures and tables cited.</w:t>
      </w:r>
    </w:p>
    <w:p w14:paraId="52FFD40A" w14:textId="77777777" w:rsidR="009C43A4" w:rsidRDefault="00000000">
      <w:r>
        <w:t>☐ Author Contributions included.</w:t>
      </w:r>
    </w:p>
    <w:p w14:paraId="3B766E68" w14:textId="77777777" w:rsidR="009C43A4" w:rsidRDefault="00000000">
      <w:r>
        <w:t>☐ Funding, Ethics, COI, Data Availability statements completed.</w:t>
      </w:r>
    </w:p>
    <w:p w14:paraId="49765F67" w14:textId="77777777" w:rsidR="009C43A4" w:rsidRDefault="00000000">
      <w:r>
        <w:lastRenderedPageBreak/>
        <w:t>☐ Language checked.</w:t>
      </w:r>
    </w:p>
    <w:p w14:paraId="5D36C12B" w14:textId="77777777" w:rsidR="009C43A4" w:rsidRDefault="00000000">
      <w:r>
        <w:t>☐ Manuscript complies with JPCI Author Guidelines.</w:t>
      </w:r>
    </w:p>
    <w:sectPr w:rsidR="009C43A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3276965">
    <w:abstractNumId w:val="8"/>
  </w:num>
  <w:num w:numId="2" w16cid:durableId="1609851614">
    <w:abstractNumId w:val="6"/>
  </w:num>
  <w:num w:numId="3" w16cid:durableId="1090810363">
    <w:abstractNumId w:val="5"/>
  </w:num>
  <w:num w:numId="4" w16cid:durableId="1425959127">
    <w:abstractNumId w:val="4"/>
  </w:num>
  <w:num w:numId="5" w16cid:durableId="418600115">
    <w:abstractNumId w:val="7"/>
  </w:num>
  <w:num w:numId="6" w16cid:durableId="972442428">
    <w:abstractNumId w:val="3"/>
  </w:num>
  <w:num w:numId="7" w16cid:durableId="574779690">
    <w:abstractNumId w:val="2"/>
  </w:num>
  <w:num w:numId="8" w16cid:durableId="327438968">
    <w:abstractNumId w:val="1"/>
  </w:num>
  <w:num w:numId="9" w16cid:durableId="278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D6B67"/>
    <w:rsid w:val="009C43A4"/>
    <w:rsid w:val="00AA1D8D"/>
    <w:rsid w:val="00B36124"/>
    <w:rsid w:val="00B47730"/>
    <w:rsid w:val="00B96F5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831BF8"/>
  <w14:defaultImageDpi w14:val="300"/>
  <w15:docId w15:val="{4A8AA0AB-6670-45CA-AD0F-06CB1491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752</Words>
  <Characters>4889</Characters>
  <Application>Microsoft Office Word</Application>
  <DocSecurity>0</DocSecurity>
  <Lines>99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Md. Shimul Bhuia</cp:lastModifiedBy>
  <cp:revision>3</cp:revision>
  <dcterms:created xsi:type="dcterms:W3CDTF">2026-08-03T16:00:00Z</dcterms:created>
  <dcterms:modified xsi:type="dcterms:W3CDTF">2026-08-03T16:01:00Z</dcterms:modified>
  <cp:category/>
</cp:coreProperties>
</file>