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6D043" w14:textId="77777777" w:rsidR="00AD12AA" w:rsidRPr="004B09D9" w:rsidRDefault="00000000">
      <w:pPr>
        <w:jc w:val="center"/>
        <w:rPr>
          <w:rFonts w:ascii="Times New Roman" w:hAnsi="Times New Roman" w:cs="Times New Roman"/>
        </w:rPr>
      </w:pPr>
      <w:r w:rsidRPr="004B09D9">
        <w:rPr>
          <w:rFonts w:ascii="Times New Roman" w:hAnsi="Times New Roman" w:cs="Times New Roman"/>
          <w:noProof/>
        </w:rPr>
        <w:drawing>
          <wp:inline distT="0" distB="0" distL="0" distR="0" wp14:anchorId="70AA04DF" wp14:editId="4589E2A9">
            <wp:extent cx="1097280" cy="1097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CI logo final.png"/>
                    <pic:cNvPicPr/>
                  </pic:nvPicPr>
                  <pic:blipFill>
                    <a:blip r:embed="rId6"/>
                    <a:stretch>
                      <a:fillRect/>
                    </a:stretch>
                  </pic:blipFill>
                  <pic:spPr>
                    <a:xfrm>
                      <a:off x="0" y="0"/>
                      <a:ext cx="1097280" cy="1097280"/>
                    </a:xfrm>
                    <a:prstGeom prst="rect">
                      <a:avLst/>
                    </a:prstGeom>
                  </pic:spPr>
                </pic:pic>
              </a:graphicData>
            </a:graphic>
          </wp:inline>
        </w:drawing>
      </w:r>
    </w:p>
    <w:p w14:paraId="05107B00" w14:textId="77777777" w:rsidR="00AD12AA" w:rsidRPr="004B09D9" w:rsidRDefault="00000000">
      <w:pPr>
        <w:pStyle w:val="Heading1"/>
        <w:jc w:val="center"/>
        <w:rPr>
          <w:rFonts w:ascii="Times New Roman" w:hAnsi="Times New Roman" w:cs="Times New Roman"/>
        </w:rPr>
      </w:pPr>
      <w:r w:rsidRPr="004B09D9">
        <w:rPr>
          <w:rFonts w:ascii="Times New Roman" w:hAnsi="Times New Roman" w:cs="Times New Roman"/>
        </w:rPr>
        <w:t>Journal of Phytochemical Insights (JPCI)</w:t>
      </w:r>
    </w:p>
    <w:p w14:paraId="644B6EC3" w14:textId="5CEE72E0" w:rsidR="00AD12AA" w:rsidRPr="004B09D9" w:rsidRDefault="00000000">
      <w:pPr>
        <w:jc w:val="center"/>
        <w:rPr>
          <w:rFonts w:ascii="Times New Roman" w:hAnsi="Times New Roman" w:cs="Times New Roman"/>
        </w:rPr>
      </w:pPr>
      <w:r w:rsidRPr="004B09D9">
        <w:rPr>
          <w:rFonts w:ascii="Times New Roman" w:hAnsi="Times New Roman" w:cs="Times New Roman"/>
          <w:b/>
        </w:rPr>
        <w:t>COPYRIGHT &amp; LICENSE AGREEMENT FORM</w:t>
      </w:r>
      <w:r w:rsidRPr="004B09D9">
        <w:rPr>
          <w:rFonts w:ascii="Times New Roman" w:hAnsi="Times New Roman" w:cs="Times New Roman"/>
        </w:rPr>
        <w:br/>
        <w:t>eISSN: 3080-0005 | DOI Prefix: 10.71193</w:t>
      </w:r>
      <w:r w:rsidRPr="004B09D9">
        <w:rPr>
          <w:rFonts w:ascii="Times New Roman" w:hAnsi="Times New Roman" w:cs="Times New Roman"/>
        </w:rPr>
        <w:br/>
        <w:t>Published by BioLuster Research Center Ltd.</w:t>
      </w:r>
    </w:p>
    <w:p w14:paraId="40CDE09D" w14:textId="77777777" w:rsidR="004B09D9" w:rsidRPr="004B09D9" w:rsidRDefault="004B09D9">
      <w:pPr>
        <w:jc w:val="center"/>
        <w:rPr>
          <w:rFonts w:ascii="Times New Roman" w:hAnsi="Times New Roman" w:cs="Times New Roman"/>
        </w:rPr>
      </w:pPr>
    </w:p>
    <w:p w14:paraId="3CE51EC9" w14:textId="77777777" w:rsidR="00AD12AA" w:rsidRPr="004B09D9" w:rsidRDefault="00000000" w:rsidP="004B09D9">
      <w:pPr>
        <w:pStyle w:val="Heading2"/>
        <w:spacing w:after="120"/>
        <w:rPr>
          <w:rFonts w:ascii="Times New Roman" w:hAnsi="Times New Roman" w:cs="Times New Roman"/>
        </w:rPr>
      </w:pPr>
      <w:r w:rsidRPr="004B09D9">
        <w:rPr>
          <w:rFonts w:ascii="Times New Roman" w:hAnsi="Times New Roman" w:cs="Times New Roman"/>
        </w:rPr>
        <w:t>Copyright and Open Access Policy</w:t>
      </w:r>
    </w:p>
    <w:p w14:paraId="3CDAC6BB" w14:textId="77777777" w:rsidR="00AD12AA" w:rsidRPr="004B09D9" w:rsidRDefault="00000000" w:rsidP="004B09D9">
      <w:pPr>
        <w:spacing w:after="240"/>
        <w:jc w:val="both"/>
        <w:rPr>
          <w:rFonts w:ascii="Times New Roman" w:hAnsi="Times New Roman" w:cs="Times New Roman"/>
        </w:rPr>
      </w:pPr>
      <w:r w:rsidRPr="004B09D9">
        <w:rPr>
          <w:rFonts w:ascii="Times New Roman" w:hAnsi="Times New Roman" w:cs="Times New Roman"/>
        </w:rPr>
        <w:t>Journal of Phytochemical Insights (JPCI) publishes all accepted articles as Open Access under the Creative Commons Attribution 4.0 International (CC BY 4.0) License. Authors retain the copyright to their work while granting JPCI a non-exclusive license to publish, reproduce, distribute, archive, index, and preserve the article in any medium. Third parties may share and adapt the work provided appropriate credit is given to the original authors and the journal, a link to the CC BY 4.0 license is provided, and any changes are indicated.</w:t>
      </w:r>
    </w:p>
    <w:p w14:paraId="3006D93D" w14:textId="77777777" w:rsidR="00AD12AA" w:rsidRPr="004B09D9" w:rsidRDefault="00000000" w:rsidP="004B09D9">
      <w:pPr>
        <w:pStyle w:val="Heading2"/>
        <w:spacing w:after="120"/>
        <w:rPr>
          <w:rFonts w:ascii="Times New Roman" w:hAnsi="Times New Roman" w:cs="Times New Roman"/>
        </w:rPr>
      </w:pPr>
      <w:r w:rsidRPr="004B09D9">
        <w:rPr>
          <w:rFonts w:ascii="Times New Roman" w:hAnsi="Times New Roman" w:cs="Times New Roman"/>
        </w:rPr>
        <w:t>Before Signing</w:t>
      </w:r>
    </w:p>
    <w:p w14:paraId="11C8C2D1" w14:textId="36084737" w:rsidR="00AD12AA" w:rsidRPr="004B09D9" w:rsidRDefault="004B09D9">
      <w:pPr>
        <w:rPr>
          <w:rFonts w:ascii="Times New Roman" w:hAnsi="Times New Roman" w:cs="Times New Roman"/>
        </w:rPr>
      </w:pPr>
      <w:sdt>
        <w:sdtPr>
          <w:id w:val="658962972"/>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The manuscript is original and has not been published previously.</w:t>
      </w:r>
    </w:p>
    <w:p w14:paraId="5DE6949B" w14:textId="770EF68C" w:rsidR="00AD12AA" w:rsidRPr="004B09D9" w:rsidRDefault="004B09D9">
      <w:pPr>
        <w:rPr>
          <w:rFonts w:ascii="Times New Roman" w:hAnsi="Times New Roman" w:cs="Times New Roman"/>
        </w:rPr>
      </w:pPr>
      <w:sdt>
        <w:sdtPr>
          <w:id w:val="-926963662"/>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The manuscript is not under consideration elsewhere.</w:t>
      </w:r>
    </w:p>
    <w:p w14:paraId="71DFDF7D" w14:textId="03C6E738" w:rsidR="00AD12AA" w:rsidRPr="004B09D9" w:rsidRDefault="004B09D9">
      <w:pPr>
        <w:rPr>
          <w:rFonts w:ascii="Times New Roman" w:hAnsi="Times New Roman" w:cs="Times New Roman"/>
        </w:rPr>
      </w:pPr>
      <w:sdt>
        <w:sdtPr>
          <w:id w:val="902261896"/>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All authors have approved the submission and this agreement.</w:t>
      </w:r>
    </w:p>
    <w:p w14:paraId="348DAECE" w14:textId="1E2A7EEF" w:rsidR="00AD12AA" w:rsidRPr="004B09D9" w:rsidRDefault="004B09D9">
      <w:pPr>
        <w:rPr>
          <w:rFonts w:ascii="Times New Roman" w:hAnsi="Times New Roman" w:cs="Times New Roman"/>
        </w:rPr>
      </w:pPr>
      <w:sdt>
        <w:sdtPr>
          <w:id w:val="511423097"/>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Permissions have been obtained for all third-party </w:t>
      </w:r>
      <w:proofErr w:type="gramStart"/>
      <w:r w:rsidR="00000000" w:rsidRPr="004B09D9">
        <w:rPr>
          <w:rFonts w:ascii="Times New Roman" w:hAnsi="Times New Roman" w:cs="Times New Roman"/>
        </w:rPr>
        <w:t>copyrighted</w:t>
      </w:r>
      <w:proofErr w:type="gramEnd"/>
      <w:r w:rsidR="00000000" w:rsidRPr="004B09D9">
        <w:rPr>
          <w:rFonts w:ascii="Times New Roman" w:hAnsi="Times New Roman" w:cs="Times New Roman"/>
        </w:rPr>
        <w:t xml:space="preserve"> material.</w:t>
      </w:r>
    </w:p>
    <w:p w14:paraId="3A77D9FF" w14:textId="2A8D92FD" w:rsidR="00AD12AA" w:rsidRPr="004B09D9" w:rsidRDefault="004B09D9" w:rsidP="004B09D9">
      <w:pPr>
        <w:spacing w:after="240"/>
        <w:rPr>
          <w:rFonts w:ascii="Times New Roman" w:hAnsi="Times New Roman" w:cs="Times New Roman"/>
        </w:rPr>
      </w:pPr>
      <w:sdt>
        <w:sdtPr>
          <w:id w:val="1548405966"/>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Any conflicts of interest and funding sources have been disclosed.</w:t>
      </w:r>
    </w:p>
    <w:p w14:paraId="2DBB0E3A" w14:textId="4F107C4E" w:rsidR="004B09D9" w:rsidRPr="004B09D9" w:rsidRDefault="00000000" w:rsidP="004B09D9">
      <w:pPr>
        <w:pStyle w:val="Heading2"/>
        <w:spacing w:after="120"/>
        <w:rPr>
          <w:rFonts w:ascii="Times New Roman" w:hAnsi="Times New Roman" w:cs="Times New Roman"/>
        </w:rPr>
      </w:pPr>
      <w:r w:rsidRPr="004B09D9">
        <w:rPr>
          <w:rFonts w:ascii="Times New Roman" w:hAnsi="Times New Roman" w:cs="Times New Roman"/>
        </w:rPr>
        <w:t>Manuscript Information</w:t>
      </w:r>
    </w:p>
    <w:p w14:paraId="595D81E2" w14:textId="77777777" w:rsidR="00AD12AA" w:rsidRPr="004B09D9" w:rsidRDefault="00000000">
      <w:pPr>
        <w:rPr>
          <w:rFonts w:ascii="Times New Roman" w:hAnsi="Times New Roman" w:cs="Times New Roman"/>
        </w:rPr>
      </w:pPr>
      <w:r w:rsidRPr="004B09D9">
        <w:rPr>
          <w:rFonts w:ascii="Times New Roman" w:hAnsi="Times New Roman" w:cs="Times New Roman"/>
        </w:rPr>
        <w:t>Manuscript ID: _________________________________</w:t>
      </w:r>
    </w:p>
    <w:p w14:paraId="734C9503" w14:textId="77777777" w:rsidR="00AD12AA" w:rsidRPr="004B09D9" w:rsidRDefault="00000000" w:rsidP="004B09D9">
      <w:pPr>
        <w:spacing w:after="360"/>
        <w:rPr>
          <w:rFonts w:ascii="Times New Roman" w:hAnsi="Times New Roman" w:cs="Times New Roman"/>
        </w:rPr>
      </w:pPr>
      <w:r w:rsidRPr="004B09D9">
        <w:rPr>
          <w:rFonts w:ascii="Times New Roman" w:hAnsi="Times New Roman" w:cs="Times New Roman"/>
        </w:rPr>
        <w:t>Manuscript Title: _________________________________________________</w:t>
      </w:r>
    </w:p>
    <w:p w14:paraId="1123674E" w14:textId="77777777" w:rsidR="00AD12AA" w:rsidRPr="004B09D9" w:rsidRDefault="00000000">
      <w:pPr>
        <w:pStyle w:val="Heading2"/>
        <w:rPr>
          <w:rFonts w:ascii="Times New Roman" w:hAnsi="Times New Roman" w:cs="Times New Roman"/>
        </w:rPr>
      </w:pPr>
      <w:r w:rsidRPr="004B09D9">
        <w:rPr>
          <w:rFonts w:ascii="Times New Roman" w:hAnsi="Times New Roman" w:cs="Times New Roman"/>
        </w:rPr>
        <w:t>Declaration by the Corresponding Author</w:t>
      </w:r>
    </w:p>
    <w:p w14:paraId="163EDB2D" w14:textId="77777777" w:rsidR="00AD12AA" w:rsidRPr="004B09D9" w:rsidRDefault="00000000" w:rsidP="004B09D9">
      <w:pPr>
        <w:spacing w:after="360"/>
        <w:jc w:val="both"/>
        <w:rPr>
          <w:rFonts w:ascii="Times New Roman" w:hAnsi="Times New Roman" w:cs="Times New Roman"/>
        </w:rPr>
      </w:pPr>
      <w:r w:rsidRPr="004B09D9">
        <w:rPr>
          <w:rFonts w:ascii="Times New Roman" w:hAnsi="Times New Roman" w:cs="Times New Roman"/>
        </w:rPr>
        <w:t xml:space="preserve">I, as the corresponding author, declare that I am authorized by all co-authors to sign this Copyright &amp; License Agreement on their behalf. I confirm that all authors have read and approved the final manuscript, agree to its submission and publication, and consent to publication </w:t>
      </w:r>
      <w:r w:rsidRPr="004B09D9">
        <w:rPr>
          <w:rFonts w:ascii="Times New Roman" w:hAnsi="Times New Roman" w:cs="Times New Roman"/>
        </w:rPr>
        <w:lastRenderedPageBreak/>
        <w:t>under the CC BY 4.0 license. I further confirm that the manuscript does not infringe the copyright or other intellectual property rights of any third party.</w:t>
      </w:r>
    </w:p>
    <w:p w14:paraId="046B1DE6" w14:textId="77777777" w:rsidR="00AD12AA" w:rsidRPr="004B09D9" w:rsidRDefault="00000000">
      <w:pPr>
        <w:pStyle w:val="Heading2"/>
        <w:rPr>
          <w:rFonts w:ascii="Times New Roman" w:hAnsi="Times New Roman" w:cs="Times New Roman"/>
        </w:rPr>
      </w:pPr>
      <w:r w:rsidRPr="004B09D9">
        <w:rPr>
          <w:rFonts w:ascii="Times New Roman" w:hAnsi="Times New Roman" w:cs="Times New Roman"/>
        </w:rPr>
        <w:t>Corresponding Author Signature</w:t>
      </w:r>
    </w:p>
    <w:tbl>
      <w:tblPr>
        <w:tblStyle w:val="TableGrid"/>
        <w:tblW w:w="0" w:type="auto"/>
        <w:tblLook w:val="04A0" w:firstRow="1" w:lastRow="0" w:firstColumn="1" w:lastColumn="0" w:noHBand="0" w:noVBand="1"/>
      </w:tblPr>
      <w:tblGrid>
        <w:gridCol w:w="4316"/>
        <w:gridCol w:w="4314"/>
      </w:tblGrid>
      <w:tr w:rsidR="00AD12AA" w:rsidRPr="004B09D9" w14:paraId="167BA666" w14:textId="77777777">
        <w:tc>
          <w:tcPr>
            <w:tcW w:w="4320" w:type="dxa"/>
          </w:tcPr>
          <w:p w14:paraId="1C66BE26" w14:textId="77777777" w:rsidR="00AD12AA" w:rsidRPr="004B09D9" w:rsidRDefault="00000000">
            <w:pPr>
              <w:rPr>
                <w:rFonts w:ascii="Times New Roman" w:hAnsi="Times New Roman" w:cs="Times New Roman"/>
              </w:rPr>
            </w:pPr>
            <w:r w:rsidRPr="004B09D9">
              <w:rPr>
                <w:rFonts w:ascii="Times New Roman" w:hAnsi="Times New Roman" w:cs="Times New Roman"/>
              </w:rPr>
              <w:t>Full Name</w:t>
            </w:r>
          </w:p>
        </w:tc>
        <w:tc>
          <w:tcPr>
            <w:tcW w:w="4320" w:type="dxa"/>
          </w:tcPr>
          <w:p w14:paraId="2C99771F" w14:textId="77777777" w:rsidR="00AD12AA" w:rsidRPr="004B09D9" w:rsidRDefault="00AD12AA">
            <w:pPr>
              <w:rPr>
                <w:rFonts w:ascii="Times New Roman" w:hAnsi="Times New Roman" w:cs="Times New Roman"/>
              </w:rPr>
            </w:pPr>
          </w:p>
        </w:tc>
      </w:tr>
      <w:tr w:rsidR="00AD12AA" w:rsidRPr="004B09D9" w14:paraId="2803C8C8" w14:textId="77777777">
        <w:tc>
          <w:tcPr>
            <w:tcW w:w="4320" w:type="dxa"/>
          </w:tcPr>
          <w:p w14:paraId="20AB4B22" w14:textId="77777777" w:rsidR="00AD12AA" w:rsidRPr="004B09D9" w:rsidRDefault="00000000">
            <w:pPr>
              <w:rPr>
                <w:rFonts w:ascii="Times New Roman" w:hAnsi="Times New Roman" w:cs="Times New Roman"/>
              </w:rPr>
            </w:pPr>
            <w:r w:rsidRPr="004B09D9">
              <w:rPr>
                <w:rFonts w:ascii="Times New Roman" w:hAnsi="Times New Roman" w:cs="Times New Roman"/>
              </w:rPr>
              <w:t>Institution</w:t>
            </w:r>
          </w:p>
        </w:tc>
        <w:tc>
          <w:tcPr>
            <w:tcW w:w="4320" w:type="dxa"/>
          </w:tcPr>
          <w:p w14:paraId="666E140B" w14:textId="77777777" w:rsidR="00AD12AA" w:rsidRPr="004B09D9" w:rsidRDefault="00AD12AA">
            <w:pPr>
              <w:rPr>
                <w:rFonts w:ascii="Times New Roman" w:hAnsi="Times New Roman" w:cs="Times New Roman"/>
              </w:rPr>
            </w:pPr>
          </w:p>
        </w:tc>
      </w:tr>
      <w:tr w:rsidR="00AD12AA" w:rsidRPr="004B09D9" w14:paraId="5A4DEC29" w14:textId="77777777">
        <w:tc>
          <w:tcPr>
            <w:tcW w:w="4320" w:type="dxa"/>
          </w:tcPr>
          <w:p w14:paraId="343A71E1" w14:textId="77777777" w:rsidR="00AD12AA" w:rsidRPr="004B09D9" w:rsidRDefault="00000000">
            <w:pPr>
              <w:rPr>
                <w:rFonts w:ascii="Times New Roman" w:hAnsi="Times New Roman" w:cs="Times New Roman"/>
              </w:rPr>
            </w:pPr>
            <w:r w:rsidRPr="004B09D9">
              <w:rPr>
                <w:rFonts w:ascii="Times New Roman" w:hAnsi="Times New Roman" w:cs="Times New Roman"/>
              </w:rPr>
              <w:t>Email</w:t>
            </w:r>
          </w:p>
        </w:tc>
        <w:tc>
          <w:tcPr>
            <w:tcW w:w="4320" w:type="dxa"/>
          </w:tcPr>
          <w:p w14:paraId="412F9AAE" w14:textId="77777777" w:rsidR="00AD12AA" w:rsidRPr="004B09D9" w:rsidRDefault="00AD12AA">
            <w:pPr>
              <w:rPr>
                <w:rFonts w:ascii="Times New Roman" w:hAnsi="Times New Roman" w:cs="Times New Roman"/>
              </w:rPr>
            </w:pPr>
          </w:p>
        </w:tc>
      </w:tr>
      <w:tr w:rsidR="00AD12AA" w:rsidRPr="004B09D9" w14:paraId="24D69257" w14:textId="77777777">
        <w:tc>
          <w:tcPr>
            <w:tcW w:w="4320" w:type="dxa"/>
          </w:tcPr>
          <w:p w14:paraId="7A69D0C2" w14:textId="77777777" w:rsidR="00AD12AA" w:rsidRPr="004B09D9" w:rsidRDefault="00000000">
            <w:pPr>
              <w:rPr>
                <w:rFonts w:ascii="Times New Roman" w:hAnsi="Times New Roman" w:cs="Times New Roman"/>
              </w:rPr>
            </w:pPr>
            <w:r w:rsidRPr="004B09D9">
              <w:rPr>
                <w:rFonts w:ascii="Times New Roman" w:hAnsi="Times New Roman" w:cs="Times New Roman"/>
              </w:rPr>
              <w:t>Signature</w:t>
            </w:r>
          </w:p>
        </w:tc>
        <w:tc>
          <w:tcPr>
            <w:tcW w:w="4320" w:type="dxa"/>
          </w:tcPr>
          <w:p w14:paraId="487AA9F2" w14:textId="77777777" w:rsidR="00AD12AA" w:rsidRPr="004B09D9" w:rsidRDefault="00AD12AA">
            <w:pPr>
              <w:rPr>
                <w:rFonts w:ascii="Times New Roman" w:hAnsi="Times New Roman" w:cs="Times New Roman"/>
              </w:rPr>
            </w:pPr>
          </w:p>
        </w:tc>
      </w:tr>
      <w:tr w:rsidR="00AD12AA" w:rsidRPr="004B09D9" w14:paraId="2398BB8C" w14:textId="77777777">
        <w:tc>
          <w:tcPr>
            <w:tcW w:w="4320" w:type="dxa"/>
          </w:tcPr>
          <w:p w14:paraId="56B8DCE2" w14:textId="77777777" w:rsidR="00AD12AA" w:rsidRPr="004B09D9" w:rsidRDefault="00000000">
            <w:pPr>
              <w:rPr>
                <w:rFonts w:ascii="Times New Roman" w:hAnsi="Times New Roman" w:cs="Times New Roman"/>
              </w:rPr>
            </w:pPr>
            <w:r w:rsidRPr="004B09D9">
              <w:rPr>
                <w:rFonts w:ascii="Times New Roman" w:hAnsi="Times New Roman" w:cs="Times New Roman"/>
              </w:rPr>
              <w:t>Date</w:t>
            </w:r>
          </w:p>
        </w:tc>
        <w:tc>
          <w:tcPr>
            <w:tcW w:w="4320" w:type="dxa"/>
          </w:tcPr>
          <w:p w14:paraId="0CFEBCAC" w14:textId="77777777" w:rsidR="00AD12AA" w:rsidRPr="004B09D9" w:rsidRDefault="00AD12AA">
            <w:pPr>
              <w:rPr>
                <w:rFonts w:ascii="Times New Roman" w:hAnsi="Times New Roman" w:cs="Times New Roman"/>
              </w:rPr>
            </w:pPr>
          </w:p>
        </w:tc>
      </w:tr>
      <w:tr w:rsidR="00AD12AA" w:rsidRPr="004B09D9" w14:paraId="4A23BD38" w14:textId="77777777">
        <w:tc>
          <w:tcPr>
            <w:tcW w:w="4320" w:type="dxa"/>
          </w:tcPr>
          <w:p w14:paraId="355FB204" w14:textId="77777777" w:rsidR="00AD12AA" w:rsidRPr="004B09D9" w:rsidRDefault="00000000">
            <w:pPr>
              <w:rPr>
                <w:rFonts w:ascii="Times New Roman" w:hAnsi="Times New Roman" w:cs="Times New Roman"/>
              </w:rPr>
            </w:pPr>
            <w:r w:rsidRPr="004B09D9">
              <w:rPr>
                <w:rFonts w:ascii="Times New Roman" w:hAnsi="Times New Roman" w:cs="Times New Roman"/>
              </w:rPr>
              <w:t>Official Use (optional)</w:t>
            </w:r>
          </w:p>
        </w:tc>
        <w:tc>
          <w:tcPr>
            <w:tcW w:w="4320" w:type="dxa"/>
          </w:tcPr>
          <w:p w14:paraId="333D1A39" w14:textId="77777777" w:rsidR="00AD12AA" w:rsidRPr="004B09D9" w:rsidRDefault="00AD12AA">
            <w:pPr>
              <w:rPr>
                <w:rFonts w:ascii="Times New Roman" w:hAnsi="Times New Roman" w:cs="Times New Roman"/>
              </w:rPr>
            </w:pPr>
          </w:p>
        </w:tc>
      </w:tr>
    </w:tbl>
    <w:p w14:paraId="31534E74" w14:textId="77777777" w:rsidR="004B09D9" w:rsidRDefault="004B09D9">
      <w:pPr>
        <w:pStyle w:val="Heading2"/>
        <w:rPr>
          <w:rFonts w:ascii="Times New Roman" w:hAnsi="Times New Roman" w:cs="Times New Roman"/>
        </w:rPr>
      </w:pPr>
    </w:p>
    <w:p w14:paraId="581EF63E" w14:textId="6B9E41E8" w:rsidR="00AD12AA" w:rsidRPr="004B09D9" w:rsidRDefault="00000000">
      <w:pPr>
        <w:pStyle w:val="Heading2"/>
        <w:rPr>
          <w:rFonts w:ascii="Times New Roman" w:hAnsi="Times New Roman" w:cs="Times New Roman"/>
        </w:rPr>
      </w:pPr>
      <w:r w:rsidRPr="004B09D9">
        <w:rPr>
          <w:rFonts w:ascii="Times New Roman" w:hAnsi="Times New Roman" w:cs="Times New Roman"/>
        </w:rPr>
        <w:t>Editorial Office Use Only</w:t>
      </w:r>
    </w:p>
    <w:tbl>
      <w:tblPr>
        <w:tblStyle w:val="TableGrid"/>
        <w:tblW w:w="0" w:type="auto"/>
        <w:tblLook w:val="04A0" w:firstRow="1" w:lastRow="0" w:firstColumn="1" w:lastColumn="0" w:noHBand="0" w:noVBand="1"/>
      </w:tblPr>
      <w:tblGrid>
        <w:gridCol w:w="4315"/>
        <w:gridCol w:w="4315"/>
      </w:tblGrid>
      <w:tr w:rsidR="00AD12AA" w:rsidRPr="004B09D9" w14:paraId="0A0C7047" w14:textId="77777777">
        <w:tc>
          <w:tcPr>
            <w:tcW w:w="4320" w:type="dxa"/>
          </w:tcPr>
          <w:p w14:paraId="36D98DC1" w14:textId="77777777" w:rsidR="00AD12AA" w:rsidRPr="004B09D9" w:rsidRDefault="00000000">
            <w:pPr>
              <w:rPr>
                <w:rFonts w:ascii="Times New Roman" w:hAnsi="Times New Roman" w:cs="Times New Roman"/>
              </w:rPr>
            </w:pPr>
            <w:r w:rsidRPr="004B09D9">
              <w:rPr>
                <w:rFonts w:ascii="Times New Roman" w:hAnsi="Times New Roman" w:cs="Times New Roman"/>
              </w:rPr>
              <w:t>Date Received</w:t>
            </w:r>
          </w:p>
        </w:tc>
        <w:tc>
          <w:tcPr>
            <w:tcW w:w="4320" w:type="dxa"/>
          </w:tcPr>
          <w:p w14:paraId="531FE7CC" w14:textId="77777777" w:rsidR="00AD12AA" w:rsidRPr="004B09D9" w:rsidRDefault="00AD12AA">
            <w:pPr>
              <w:rPr>
                <w:rFonts w:ascii="Times New Roman" w:hAnsi="Times New Roman" w:cs="Times New Roman"/>
              </w:rPr>
            </w:pPr>
          </w:p>
        </w:tc>
      </w:tr>
      <w:tr w:rsidR="00AD12AA" w:rsidRPr="004B09D9" w14:paraId="1563AAE2" w14:textId="77777777">
        <w:tc>
          <w:tcPr>
            <w:tcW w:w="4320" w:type="dxa"/>
          </w:tcPr>
          <w:p w14:paraId="1A3C0E3D" w14:textId="77777777" w:rsidR="00AD12AA" w:rsidRPr="004B09D9" w:rsidRDefault="00000000">
            <w:pPr>
              <w:rPr>
                <w:rFonts w:ascii="Times New Roman" w:hAnsi="Times New Roman" w:cs="Times New Roman"/>
              </w:rPr>
            </w:pPr>
            <w:r w:rsidRPr="004B09D9">
              <w:rPr>
                <w:rFonts w:ascii="Times New Roman" w:hAnsi="Times New Roman" w:cs="Times New Roman"/>
              </w:rPr>
              <w:t>Reviewed By</w:t>
            </w:r>
          </w:p>
        </w:tc>
        <w:tc>
          <w:tcPr>
            <w:tcW w:w="4320" w:type="dxa"/>
          </w:tcPr>
          <w:p w14:paraId="0CFB07B7" w14:textId="77777777" w:rsidR="00AD12AA" w:rsidRPr="004B09D9" w:rsidRDefault="00AD12AA">
            <w:pPr>
              <w:rPr>
                <w:rFonts w:ascii="Times New Roman" w:hAnsi="Times New Roman" w:cs="Times New Roman"/>
              </w:rPr>
            </w:pPr>
          </w:p>
        </w:tc>
      </w:tr>
      <w:tr w:rsidR="00AD12AA" w:rsidRPr="004B09D9" w14:paraId="7F51AA2E" w14:textId="77777777">
        <w:tc>
          <w:tcPr>
            <w:tcW w:w="4320" w:type="dxa"/>
          </w:tcPr>
          <w:p w14:paraId="2B9F6ACF" w14:textId="77777777" w:rsidR="00AD12AA" w:rsidRPr="004B09D9" w:rsidRDefault="00000000">
            <w:pPr>
              <w:rPr>
                <w:rFonts w:ascii="Times New Roman" w:hAnsi="Times New Roman" w:cs="Times New Roman"/>
              </w:rPr>
            </w:pPr>
            <w:r w:rsidRPr="004B09D9">
              <w:rPr>
                <w:rFonts w:ascii="Times New Roman" w:hAnsi="Times New Roman" w:cs="Times New Roman"/>
              </w:rPr>
              <w:t>Decision</w:t>
            </w:r>
          </w:p>
        </w:tc>
        <w:tc>
          <w:tcPr>
            <w:tcW w:w="4320" w:type="dxa"/>
          </w:tcPr>
          <w:p w14:paraId="1DD13E59" w14:textId="3A192BBF" w:rsidR="00AD12AA" w:rsidRPr="004B09D9" w:rsidRDefault="004B09D9">
            <w:pPr>
              <w:rPr>
                <w:rFonts w:ascii="Times New Roman" w:hAnsi="Times New Roman" w:cs="Times New Roman"/>
              </w:rPr>
            </w:pPr>
            <w:sdt>
              <w:sdtPr>
                <w:id w:val="1540853591"/>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Accepted   </w:t>
            </w:r>
            <w:sdt>
              <w:sdtPr>
                <w:id w:val="-522402297"/>
                <w14:checkbox>
                  <w14:checked w14:val="0"/>
                  <w14:checkedState w14:val="221A" w14:font="Arial"/>
                  <w14:uncheckedState w14:val="2610" w14:font="MS Gothic"/>
                </w14:checkbox>
              </w:sdtPr>
              <w:sdtContent>
                <w:r>
                  <w:rPr>
                    <w:rFonts w:ascii="MS Gothic" w:eastAsia="MS Gothic" w:hAnsi="MS Gothic" w:hint="eastAsia"/>
                  </w:rPr>
                  <w:t>☐</w:t>
                </w:r>
              </w:sdtContent>
            </w:sdt>
            <w:r w:rsidR="00000000" w:rsidRPr="004B09D9">
              <w:rPr>
                <w:rFonts w:ascii="Times New Roman" w:hAnsi="Times New Roman" w:cs="Times New Roman"/>
              </w:rPr>
              <w:t xml:space="preserve"> Revision Required</w:t>
            </w:r>
          </w:p>
        </w:tc>
      </w:tr>
      <w:tr w:rsidR="00AD12AA" w:rsidRPr="004B09D9" w14:paraId="4FAFC9D5" w14:textId="77777777">
        <w:tc>
          <w:tcPr>
            <w:tcW w:w="4320" w:type="dxa"/>
          </w:tcPr>
          <w:p w14:paraId="7AFA9C58" w14:textId="77777777" w:rsidR="00AD12AA" w:rsidRPr="004B09D9" w:rsidRDefault="00000000">
            <w:pPr>
              <w:rPr>
                <w:rFonts w:ascii="Times New Roman" w:hAnsi="Times New Roman" w:cs="Times New Roman"/>
              </w:rPr>
            </w:pPr>
            <w:r w:rsidRPr="004B09D9">
              <w:rPr>
                <w:rFonts w:ascii="Times New Roman" w:hAnsi="Times New Roman" w:cs="Times New Roman"/>
              </w:rPr>
              <w:t>Remarks</w:t>
            </w:r>
          </w:p>
        </w:tc>
        <w:tc>
          <w:tcPr>
            <w:tcW w:w="4320" w:type="dxa"/>
          </w:tcPr>
          <w:p w14:paraId="7B4CE310" w14:textId="77777777" w:rsidR="00AD12AA" w:rsidRPr="004B09D9" w:rsidRDefault="00AD12AA">
            <w:pPr>
              <w:rPr>
                <w:rFonts w:ascii="Times New Roman" w:hAnsi="Times New Roman" w:cs="Times New Roman"/>
              </w:rPr>
            </w:pPr>
          </w:p>
        </w:tc>
      </w:tr>
    </w:tbl>
    <w:p w14:paraId="25DED54F" w14:textId="77777777" w:rsidR="000B0AC3" w:rsidRPr="004B09D9" w:rsidRDefault="000B0AC3">
      <w:pPr>
        <w:rPr>
          <w:rFonts w:ascii="Times New Roman" w:hAnsi="Times New Roman" w:cs="Times New Roman"/>
        </w:rPr>
      </w:pPr>
    </w:p>
    <w:sectPr w:rsidR="000B0AC3" w:rsidRPr="004B09D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87503">
    <w:abstractNumId w:val="8"/>
  </w:num>
  <w:num w:numId="2" w16cid:durableId="527723067">
    <w:abstractNumId w:val="6"/>
  </w:num>
  <w:num w:numId="3" w16cid:durableId="1437672342">
    <w:abstractNumId w:val="5"/>
  </w:num>
  <w:num w:numId="4" w16cid:durableId="137959314">
    <w:abstractNumId w:val="4"/>
  </w:num>
  <w:num w:numId="5" w16cid:durableId="1345596266">
    <w:abstractNumId w:val="7"/>
  </w:num>
  <w:num w:numId="6" w16cid:durableId="238710786">
    <w:abstractNumId w:val="3"/>
  </w:num>
  <w:num w:numId="7" w16cid:durableId="1399596749">
    <w:abstractNumId w:val="2"/>
  </w:num>
  <w:num w:numId="8" w16cid:durableId="569463848">
    <w:abstractNumId w:val="1"/>
  </w:num>
  <w:num w:numId="9" w16cid:durableId="1924101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AC3"/>
    <w:rsid w:val="0015074B"/>
    <w:rsid w:val="0029639D"/>
    <w:rsid w:val="00326F90"/>
    <w:rsid w:val="004B09D9"/>
    <w:rsid w:val="006D6B67"/>
    <w:rsid w:val="00AA1D8D"/>
    <w:rsid w:val="00AD12A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45AEC7"/>
  <w14:defaultImageDpi w14:val="300"/>
  <w15:docId w15:val="{4A8AA0AB-6670-45CA-AD0F-06CB14916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257</Words>
  <Characters>1676</Characters>
  <Application>Microsoft Office Word</Application>
  <DocSecurity>0</DocSecurity>
  <Lines>34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Md. Shimul Bhuia</cp:lastModifiedBy>
  <cp:revision>2</cp:revision>
  <dcterms:created xsi:type="dcterms:W3CDTF">2026-08-03T15:39:00Z</dcterms:created>
  <dcterms:modified xsi:type="dcterms:W3CDTF">2026-08-03T15:39:00Z</dcterms:modified>
  <cp:category/>
</cp:coreProperties>
</file>