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FC0EA" w14:textId="77777777" w:rsidR="00341654" w:rsidRDefault="00000000">
      <w:pPr>
        <w:jc w:val="center"/>
      </w:pPr>
      <w:r>
        <w:rPr>
          <w:noProof/>
        </w:rPr>
        <w:drawing>
          <wp:inline distT="0" distB="0" distL="0" distR="0" wp14:anchorId="40965198" wp14:editId="61C4FE65">
            <wp:extent cx="1188720"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CI logo final.png"/>
                    <pic:cNvPicPr/>
                  </pic:nvPicPr>
                  <pic:blipFill>
                    <a:blip r:embed="rId6"/>
                    <a:stretch>
                      <a:fillRect/>
                    </a:stretch>
                  </pic:blipFill>
                  <pic:spPr>
                    <a:xfrm>
                      <a:off x="0" y="0"/>
                      <a:ext cx="1188720" cy="1188720"/>
                    </a:xfrm>
                    <a:prstGeom prst="rect">
                      <a:avLst/>
                    </a:prstGeom>
                  </pic:spPr>
                </pic:pic>
              </a:graphicData>
            </a:graphic>
          </wp:inline>
        </w:drawing>
      </w:r>
    </w:p>
    <w:p w14:paraId="1458B2F1" w14:textId="77777777" w:rsidR="00341654" w:rsidRDefault="00000000">
      <w:pPr>
        <w:pStyle w:val="Heading1"/>
        <w:jc w:val="center"/>
      </w:pPr>
      <w:r>
        <w:t>Journal of Phytochemical Insights (JPCI)</w:t>
      </w:r>
    </w:p>
    <w:p w14:paraId="29D58A8A" w14:textId="77777777" w:rsidR="00341654" w:rsidRDefault="00000000">
      <w:pPr>
        <w:jc w:val="center"/>
      </w:pPr>
      <w:r>
        <w:rPr>
          <w:b/>
        </w:rPr>
        <w:t>AUTHORSHIP CHANGE REQUEST FORM</w:t>
      </w:r>
      <w:r>
        <w:rPr>
          <w:b/>
        </w:rPr>
        <w:br/>
      </w:r>
      <w:r>
        <w:t>Document No.: JPCI-FRM-001 | Version: 1.0</w:t>
      </w:r>
      <w:r>
        <w:br/>
        <w:t>eISSN: 3080-0005 | DOI Prefix: 10.71193</w:t>
      </w:r>
      <w:r>
        <w:br/>
        <w:t>Published by BioLuster Research Center Ltd.</w:t>
      </w:r>
    </w:p>
    <w:tbl>
      <w:tblPr>
        <w:tblStyle w:val="TableGrid"/>
        <w:tblW w:w="0" w:type="auto"/>
        <w:tblLook w:val="04A0" w:firstRow="1" w:lastRow="0" w:firstColumn="1" w:lastColumn="0" w:noHBand="0" w:noVBand="1"/>
      </w:tblPr>
      <w:tblGrid>
        <w:gridCol w:w="10502"/>
      </w:tblGrid>
      <w:tr w:rsidR="00341654" w14:paraId="626EEFBC" w14:textId="77777777">
        <w:tc>
          <w:tcPr>
            <w:tcW w:w="10512" w:type="dxa"/>
          </w:tcPr>
          <w:p w14:paraId="00309273" w14:textId="18B04D23" w:rsidR="00341654" w:rsidRDefault="00000000">
            <w:r>
              <w:t>Before You Submit (Please Tick)</w:t>
            </w:r>
            <w:r>
              <w:br/>
            </w:r>
            <w:sdt>
              <w:sdtPr>
                <w:id w:val="-1951474005"/>
                <w14:checkbox>
                  <w14:checked w14:val="0"/>
                  <w14:checkedState w14:val="221A" w14:font="Arial"/>
                  <w14:uncheckedState w14:val="2610" w14:font="MS Gothic"/>
                </w14:checkbox>
              </w:sdtPr>
              <w:sdtContent>
                <w:r w:rsidR="00733E9A">
                  <w:rPr>
                    <w:rFonts w:ascii="MS Gothic" w:eastAsia="MS Gothic" w:hAnsi="MS Gothic" w:hint="eastAsia"/>
                  </w:rPr>
                  <w:t>☐</w:t>
                </w:r>
              </w:sdtContent>
            </w:sdt>
            <w:r w:rsidR="00733E9A">
              <w:t xml:space="preserve"> </w:t>
            </w:r>
            <w:r>
              <w:t>Manuscript has NOT been accepted.</w:t>
            </w:r>
            <w:r>
              <w:br/>
            </w:r>
            <w:sdt>
              <w:sdtPr>
                <w:id w:val="599003664"/>
                <w14:checkbox>
                  <w14:checked w14:val="0"/>
                  <w14:checkedState w14:val="221A" w14:font="Arial"/>
                  <w14:uncheckedState w14:val="2610" w14:font="MS Gothic"/>
                </w14:checkbox>
              </w:sdtPr>
              <w:sdtContent>
                <w:r w:rsidR="00733E9A">
                  <w:rPr>
                    <w:rFonts w:ascii="MS Gothic" w:eastAsia="MS Gothic" w:hAnsi="MS Gothic" w:hint="eastAsia"/>
                  </w:rPr>
                  <w:t>☐</w:t>
                </w:r>
              </w:sdtContent>
            </w:sdt>
            <w:r w:rsidR="00733E9A">
              <w:t xml:space="preserve"> </w:t>
            </w:r>
            <w:r>
              <w:t>All authors have reviewed this request.</w:t>
            </w:r>
            <w:r>
              <w:br/>
            </w:r>
            <w:sdt>
              <w:sdtPr>
                <w:id w:val="223410653"/>
                <w14:checkbox>
                  <w14:checked w14:val="0"/>
                  <w14:checkedState w14:val="221A" w14:font="Arial"/>
                  <w14:uncheckedState w14:val="2610" w14:font="MS Gothic"/>
                </w14:checkbox>
              </w:sdtPr>
              <w:sdtContent>
                <w:r w:rsidR="00733E9A">
                  <w:rPr>
                    <w:rFonts w:ascii="MS Gothic" w:eastAsia="MS Gothic" w:hAnsi="MS Gothic" w:hint="eastAsia"/>
                  </w:rPr>
                  <w:t>☐</w:t>
                </w:r>
              </w:sdtContent>
            </w:sdt>
            <w:r w:rsidR="00733E9A">
              <w:t xml:space="preserve"> </w:t>
            </w:r>
            <w:r>
              <w:t>All signatures are collected.</w:t>
            </w:r>
            <w:r>
              <w:br/>
            </w:r>
            <w:sdt>
              <w:sdtPr>
                <w:id w:val="870960894"/>
                <w14:checkbox>
                  <w14:checked w14:val="0"/>
                  <w14:checkedState w14:val="221A" w14:font="Arial"/>
                  <w14:uncheckedState w14:val="2610" w14:font="MS Gothic"/>
                </w14:checkbox>
              </w:sdtPr>
              <w:sdtContent>
                <w:r w:rsidR="00733E9A">
                  <w:rPr>
                    <w:rFonts w:ascii="MS Gothic" w:eastAsia="MS Gothic" w:hAnsi="MS Gothic" w:hint="eastAsia"/>
                  </w:rPr>
                  <w:t>☐</w:t>
                </w:r>
              </w:sdtContent>
            </w:sdt>
            <w:r w:rsidR="00733E9A">
              <w:t xml:space="preserve"> </w:t>
            </w:r>
            <w:r>
              <w:t>Supporting documents are attached.</w:t>
            </w:r>
            <w:r>
              <w:br/>
            </w:r>
            <w:sdt>
              <w:sdtPr>
                <w:id w:val="-1380549560"/>
                <w14:checkbox>
                  <w14:checked w14:val="0"/>
                  <w14:checkedState w14:val="221A" w14:font="Arial"/>
                  <w14:uncheckedState w14:val="2610" w14:font="MS Gothic"/>
                </w14:checkbox>
              </w:sdtPr>
              <w:sdtContent>
                <w:r w:rsidR="00733E9A">
                  <w:rPr>
                    <w:rFonts w:ascii="MS Gothic" w:eastAsia="MS Gothic" w:hAnsi="MS Gothic" w:hint="eastAsia"/>
                  </w:rPr>
                  <w:t>☐</w:t>
                </w:r>
              </w:sdtContent>
            </w:sdt>
            <w:r w:rsidR="00733E9A">
              <w:t xml:space="preserve"> </w:t>
            </w:r>
            <w:r>
              <w:t>Reason for request is provided.</w:t>
            </w:r>
          </w:p>
        </w:tc>
      </w:tr>
    </w:tbl>
    <w:p w14:paraId="54EFF4B6" w14:textId="77777777" w:rsidR="00341654" w:rsidRDefault="00000000">
      <w:pPr>
        <w:pStyle w:val="Heading2"/>
      </w:pPr>
      <w:r>
        <w:t>1. Manuscript Information</w:t>
      </w:r>
    </w:p>
    <w:p w14:paraId="148BC42F" w14:textId="77777777" w:rsidR="00341654" w:rsidRDefault="00000000">
      <w:r>
        <w:t>Manuscript ID: __________________________</w:t>
      </w:r>
    </w:p>
    <w:p w14:paraId="50F1FF49" w14:textId="77777777" w:rsidR="00341654" w:rsidRDefault="00000000">
      <w:r>
        <w:t>Manuscript Title: ______________________________________________</w:t>
      </w:r>
    </w:p>
    <w:p w14:paraId="6EDB86E8" w14:textId="77777777" w:rsidR="00341654" w:rsidRDefault="00000000">
      <w:r>
        <w:t>Corresponding Author: ____________________</w:t>
      </w:r>
    </w:p>
    <w:p w14:paraId="76D367FE" w14:textId="77777777" w:rsidR="00341654" w:rsidRDefault="00000000">
      <w:r>
        <w:t>Email: ____________________</w:t>
      </w:r>
    </w:p>
    <w:p w14:paraId="274962E7" w14:textId="77777777" w:rsidR="00341654" w:rsidRDefault="00000000">
      <w:r>
        <w:t>Current Revision Round: ____________________</w:t>
      </w:r>
    </w:p>
    <w:p w14:paraId="4563F37C" w14:textId="77777777" w:rsidR="00341654" w:rsidRDefault="00000000">
      <w:pPr>
        <w:pStyle w:val="Heading2"/>
      </w:pPr>
      <w:r>
        <w:t>2. Type of Request</w:t>
      </w:r>
    </w:p>
    <w:p w14:paraId="2680C566" w14:textId="03A24B00" w:rsidR="00341654" w:rsidRDefault="00733E9A">
      <w:sdt>
        <w:sdtPr>
          <w:id w:val="890924656"/>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Addition of Author</w:t>
      </w:r>
    </w:p>
    <w:p w14:paraId="35219C5E" w14:textId="5EDC6653" w:rsidR="00341654" w:rsidRDefault="00733E9A">
      <w:sdt>
        <w:sdtPr>
          <w:id w:val="1625888673"/>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Removal of Author</w:t>
      </w:r>
    </w:p>
    <w:p w14:paraId="65789278" w14:textId="07C6F6D6" w:rsidR="00341654" w:rsidRDefault="00733E9A">
      <w:sdt>
        <w:sdtPr>
          <w:id w:val="1797801561"/>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Change of Author Order</w:t>
      </w:r>
    </w:p>
    <w:p w14:paraId="5D97FB01" w14:textId="7CA41A79" w:rsidR="00341654" w:rsidRDefault="00733E9A">
      <w:sdt>
        <w:sdtPr>
          <w:id w:val="-915241666"/>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Correction of Author Information</w:t>
      </w:r>
    </w:p>
    <w:p w14:paraId="2A854768" w14:textId="7241BF50" w:rsidR="00341654" w:rsidRDefault="00733E9A">
      <w:sdt>
        <w:sdtPr>
          <w:id w:val="-172261222"/>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Other</w:t>
      </w:r>
    </w:p>
    <w:p w14:paraId="561125CA" w14:textId="77777777" w:rsidR="00341654" w:rsidRDefault="00000000">
      <w:pPr>
        <w:pStyle w:val="Heading2"/>
      </w:pPr>
      <w:r>
        <w:t>3. Detailed Reason for Request</w:t>
      </w:r>
    </w:p>
    <w:p w14:paraId="6AE39B62" w14:textId="77777777" w:rsidR="00341654" w:rsidRDefault="00000000">
      <w:r>
        <w:t>______________________________________________________________________________________________________________</w:t>
      </w:r>
    </w:p>
    <w:p w14:paraId="38CCF91C" w14:textId="77777777" w:rsidR="00341654" w:rsidRDefault="00000000">
      <w:r>
        <w:t>______________________________________________________________________________________________________________</w:t>
      </w:r>
    </w:p>
    <w:p w14:paraId="2A7D806A" w14:textId="77777777" w:rsidR="00341654" w:rsidRDefault="00000000">
      <w:r>
        <w:lastRenderedPageBreak/>
        <w:t>______________________________________________________________________________________________________________</w:t>
      </w:r>
    </w:p>
    <w:p w14:paraId="2BB422CC" w14:textId="77777777" w:rsidR="00341654" w:rsidRDefault="00000000">
      <w:pPr>
        <w:pStyle w:val="Heading2"/>
      </w:pPr>
      <w:r>
        <w:t>4. Author Addition Checklist (if applicable)</w:t>
      </w:r>
    </w:p>
    <w:p w14:paraId="38A7C01B" w14:textId="73BE68B9" w:rsidR="00341654" w:rsidRDefault="00733E9A">
      <w:sdt>
        <w:sdtPr>
          <w:id w:val="1393076501"/>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Scientific contribution explained</w:t>
      </w:r>
    </w:p>
    <w:p w14:paraId="1681970A" w14:textId="73C2A0FE" w:rsidR="00341654" w:rsidRDefault="00733E9A">
      <w:sdt>
        <w:sdtPr>
          <w:id w:val="-1006446031"/>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New author approved</w:t>
      </w:r>
    </w:p>
    <w:p w14:paraId="048C1C33" w14:textId="34D4C834" w:rsidR="00341654" w:rsidRDefault="00733E9A">
      <w:sdt>
        <w:sdtPr>
          <w:id w:val="79192065"/>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Existing authors approved</w:t>
      </w:r>
    </w:p>
    <w:p w14:paraId="0E228189" w14:textId="5ABABAB5" w:rsidR="00341654" w:rsidRDefault="00733E9A">
      <w:sdt>
        <w:sdtPr>
          <w:id w:val="-2130394318"/>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Updated title page attached</w:t>
      </w:r>
    </w:p>
    <w:p w14:paraId="5CD0104D" w14:textId="66C35E54" w:rsidR="00341654" w:rsidRDefault="00733E9A">
      <w:sdt>
        <w:sdtPr>
          <w:id w:val="-1462502028"/>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Updated author contribution statement attached</w:t>
      </w:r>
    </w:p>
    <w:p w14:paraId="350E4845" w14:textId="77777777" w:rsidR="00341654" w:rsidRDefault="00000000">
      <w:pPr>
        <w:pStyle w:val="Heading2"/>
      </w:pPr>
      <w:r>
        <w:t>5. Author Removal Checklist (if applicable)</w:t>
      </w:r>
    </w:p>
    <w:p w14:paraId="7FF740ED" w14:textId="2791ED73" w:rsidR="00341654" w:rsidRDefault="00733E9A">
      <w:sdt>
        <w:sdtPr>
          <w:id w:val="-92167766"/>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Reason for removal explained</w:t>
      </w:r>
    </w:p>
    <w:p w14:paraId="4B82B756" w14:textId="361A681B" w:rsidR="00341654" w:rsidRDefault="00733E9A">
      <w:sdt>
        <w:sdtPr>
          <w:id w:val="419604373"/>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Removed author consent attached</w:t>
      </w:r>
    </w:p>
    <w:p w14:paraId="70C0462A" w14:textId="33A37691" w:rsidR="00341654" w:rsidRDefault="00733E9A">
      <w:sdt>
        <w:sdtPr>
          <w:id w:val="1425690544"/>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All authors agreed</w:t>
      </w:r>
    </w:p>
    <w:p w14:paraId="1B50B6FD" w14:textId="274EE6FC" w:rsidR="00341654" w:rsidRDefault="00733E9A">
      <w:sdt>
        <w:sdtPr>
          <w:id w:val="1695191511"/>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Updated title page attached</w:t>
      </w:r>
    </w:p>
    <w:p w14:paraId="0288D9F6" w14:textId="77777777" w:rsidR="00341654" w:rsidRDefault="00000000">
      <w:pPr>
        <w:pStyle w:val="Heading2"/>
      </w:pPr>
      <w:r>
        <w:t>6. New Author Information</w:t>
      </w:r>
    </w:p>
    <w:tbl>
      <w:tblPr>
        <w:tblStyle w:val="TableGrid"/>
        <w:tblW w:w="0" w:type="auto"/>
        <w:tblLook w:val="04A0" w:firstRow="1" w:lastRow="0" w:firstColumn="1" w:lastColumn="0" w:noHBand="0" w:noVBand="1"/>
      </w:tblPr>
      <w:tblGrid>
        <w:gridCol w:w="5252"/>
        <w:gridCol w:w="5250"/>
      </w:tblGrid>
      <w:tr w:rsidR="00341654" w14:paraId="0D772645" w14:textId="77777777">
        <w:tc>
          <w:tcPr>
            <w:tcW w:w="5256" w:type="dxa"/>
          </w:tcPr>
          <w:p w14:paraId="571E61DF" w14:textId="77777777" w:rsidR="00341654" w:rsidRDefault="00000000">
            <w:r>
              <w:t>Full Name</w:t>
            </w:r>
          </w:p>
        </w:tc>
        <w:tc>
          <w:tcPr>
            <w:tcW w:w="5256" w:type="dxa"/>
          </w:tcPr>
          <w:p w14:paraId="439D87FF" w14:textId="77777777" w:rsidR="00341654" w:rsidRDefault="00341654"/>
        </w:tc>
      </w:tr>
      <w:tr w:rsidR="00341654" w14:paraId="5F73322E" w14:textId="77777777">
        <w:tc>
          <w:tcPr>
            <w:tcW w:w="5256" w:type="dxa"/>
          </w:tcPr>
          <w:p w14:paraId="2F03D65F" w14:textId="77777777" w:rsidR="00341654" w:rsidRDefault="00000000">
            <w:r>
              <w:t>Affiliation</w:t>
            </w:r>
          </w:p>
        </w:tc>
        <w:tc>
          <w:tcPr>
            <w:tcW w:w="5256" w:type="dxa"/>
          </w:tcPr>
          <w:p w14:paraId="4143C1EB" w14:textId="77777777" w:rsidR="00341654" w:rsidRDefault="00341654"/>
        </w:tc>
      </w:tr>
      <w:tr w:rsidR="00341654" w14:paraId="7CD5ED66" w14:textId="77777777">
        <w:tc>
          <w:tcPr>
            <w:tcW w:w="5256" w:type="dxa"/>
          </w:tcPr>
          <w:p w14:paraId="6158F86F" w14:textId="77777777" w:rsidR="00341654" w:rsidRDefault="00000000">
            <w:r>
              <w:t>Email</w:t>
            </w:r>
          </w:p>
        </w:tc>
        <w:tc>
          <w:tcPr>
            <w:tcW w:w="5256" w:type="dxa"/>
          </w:tcPr>
          <w:p w14:paraId="2D3F9F7B" w14:textId="77777777" w:rsidR="00341654" w:rsidRDefault="00341654"/>
        </w:tc>
      </w:tr>
      <w:tr w:rsidR="00341654" w14:paraId="18F833B5" w14:textId="77777777">
        <w:tc>
          <w:tcPr>
            <w:tcW w:w="5256" w:type="dxa"/>
          </w:tcPr>
          <w:p w14:paraId="36015957" w14:textId="77777777" w:rsidR="00341654" w:rsidRDefault="00000000">
            <w:r>
              <w:t>ORCID</w:t>
            </w:r>
          </w:p>
        </w:tc>
        <w:tc>
          <w:tcPr>
            <w:tcW w:w="5256" w:type="dxa"/>
          </w:tcPr>
          <w:p w14:paraId="6CCD3F09" w14:textId="77777777" w:rsidR="00341654" w:rsidRDefault="00341654"/>
        </w:tc>
      </w:tr>
      <w:tr w:rsidR="00341654" w14:paraId="20AC1E06" w14:textId="77777777">
        <w:tc>
          <w:tcPr>
            <w:tcW w:w="5256" w:type="dxa"/>
          </w:tcPr>
          <w:p w14:paraId="04E46EEA" w14:textId="77777777" w:rsidR="00341654" w:rsidRDefault="00000000">
            <w:r>
              <w:t>Country</w:t>
            </w:r>
          </w:p>
        </w:tc>
        <w:tc>
          <w:tcPr>
            <w:tcW w:w="5256" w:type="dxa"/>
          </w:tcPr>
          <w:p w14:paraId="4A7FB769" w14:textId="77777777" w:rsidR="00341654" w:rsidRDefault="00341654"/>
        </w:tc>
      </w:tr>
      <w:tr w:rsidR="00341654" w14:paraId="7460F3CD" w14:textId="77777777">
        <w:tc>
          <w:tcPr>
            <w:tcW w:w="5256" w:type="dxa"/>
          </w:tcPr>
          <w:p w14:paraId="06088EB8" w14:textId="77777777" w:rsidR="00341654" w:rsidRDefault="00000000">
            <w:r>
              <w:t>Contribution Summary</w:t>
            </w:r>
          </w:p>
        </w:tc>
        <w:tc>
          <w:tcPr>
            <w:tcW w:w="5256" w:type="dxa"/>
          </w:tcPr>
          <w:p w14:paraId="1157E7B6" w14:textId="77777777" w:rsidR="00341654" w:rsidRDefault="00341654"/>
        </w:tc>
      </w:tr>
    </w:tbl>
    <w:p w14:paraId="4675F2A3" w14:textId="77777777" w:rsidR="00341654" w:rsidRDefault="00000000">
      <w:pPr>
        <w:pStyle w:val="Heading2"/>
      </w:pPr>
      <w:r>
        <w:t>7. CRediT Author Contribution</w:t>
      </w:r>
    </w:p>
    <w:p w14:paraId="35EA3819" w14:textId="135CB36D" w:rsidR="00341654" w:rsidRDefault="00733E9A">
      <w:sdt>
        <w:sdtPr>
          <w:id w:val="2007322469"/>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Conceptualization</w:t>
      </w:r>
    </w:p>
    <w:p w14:paraId="7576EB99" w14:textId="7BA89696" w:rsidR="00341654" w:rsidRDefault="00733E9A">
      <w:sdt>
        <w:sdtPr>
          <w:id w:val="-1162072003"/>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Methodology</w:t>
      </w:r>
    </w:p>
    <w:p w14:paraId="6E394896" w14:textId="07FD9C4A" w:rsidR="00341654" w:rsidRDefault="00733E9A">
      <w:sdt>
        <w:sdtPr>
          <w:id w:val="-175349874"/>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Investigation</w:t>
      </w:r>
    </w:p>
    <w:p w14:paraId="26A29403" w14:textId="23F9CC2A" w:rsidR="00341654" w:rsidRDefault="00733E9A">
      <w:sdt>
        <w:sdtPr>
          <w:id w:val="-1746026602"/>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Formal Analysis</w:t>
      </w:r>
    </w:p>
    <w:p w14:paraId="4614F1C2" w14:textId="0E28D3E1" w:rsidR="00341654" w:rsidRDefault="00733E9A">
      <w:sdt>
        <w:sdtPr>
          <w:id w:val="-2115659779"/>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Software</w:t>
      </w:r>
    </w:p>
    <w:p w14:paraId="2C8B81EF" w14:textId="5083B908" w:rsidR="00341654" w:rsidRDefault="00733E9A">
      <w:sdt>
        <w:sdtPr>
          <w:id w:val="-1582431887"/>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Validation</w:t>
      </w:r>
    </w:p>
    <w:p w14:paraId="7F047B39" w14:textId="768DCE9F" w:rsidR="00341654" w:rsidRDefault="00733E9A">
      <w:sdt>
        <w:sdtPr>
          <w:id w:val="-1008672600"/>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Data Curation</w:t>
      </w:r>
    </w:p>
    <w:p w14:paraId="69F82BE5" w14:textId="7D04AE6F" w:rsidR="00341654" w:rsidRDefault="00733E9A">
      <w:sdt>
        <w:sdtPr>
          <w:id w:val="-166480107"/>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Writing – Original Draft</w:t>
      </w:r>
    </w:p>
    <w:p w14:paraId="70B8E97F" w14:textId="47C1B233" w:rsidR="00341654" w:rsidRDefault="00733E9A">
      <w:sdt>
        <w:sdtPr>
          <w:id w:val="1583870859"/>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Writing – Review &amp; Editing</w:t>
      </w:r>
    </w:p>
    <w:p w14:paraId="00E2B044" w14:textId="6E0156A7" w:rsidR="00341654" w:rsidRDefault="00733E9A">
      <w:sdt>
        <w:sdtPr>
          <w:id w:val="-2000188372"/>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Visualization</w:t>
      </w:r>
    </w:p>
    <w:p w14:paraId="1390CF63" w14:textId="2F67B231" w:rsidR="00341654" w:rsidRDefault="00733E9A">
      <w:sdt>
        <w:sdtPr>
          <w:id w:val="268745999"/>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Supervision</w:t>
      </w:r>
    </w:p>
    <w:p w14:paraId="3570C2A9" w14:textId="05486680" w:rsidR="00341654" w:rsidRDefault="00733E9A">
      <w:sdt>
        <w:sdtPr>
          <w:id w:val="874976526"/>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Project Administration</w:t>
      </w:r>
    </w:p>
    <w:p w14:paraId="41E8AD7E" w14:textId="4E9BA36D" w:rsidR="00341654" w:rsidRDefault="00733E9A">
      <w:sdt>
        <w:sdtPr>
          <w:id w:val="1213006994"/>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Funding Acquisition</w:t>
      </w:r>
    </w:p>
    <w:p w14:paraId="16547FB6" w14:textId="77777777" w:rsidR="00341654" w:rsidRDefault="00000000">
      <w:pPr>
        <w:pStyle w:val="Heading2"/>
      </w:pPr>
      <w:r>
        <w:t>8. Required Documents</w:t>
      </w:r>
    </w:p>
    <w:p w14:paraId="42B420CA" w14:textId="51261E4E" w:rsidR="00341654" w:rsidRDefault="00733E9A">
      <w:sdt>
        <w:sdtPr>
          <w:id w:val="220418770"/>
          <w14:checkbox>
            <w14:checked w14:val="0"/>
            <w14:checkedState w14:val="221A" w14:font="Arial"/>
            <w14:uncheckedState w14:val="2610" w14:font="MS Gothic"/>
          </w14:checkbox>
        </w:sdtPr>
        <w:sdtContent>
          <w:r>
            <w:rPr>
              <w:rFonts w:ascii="MS Gothic" w:eastAsia="MS Gothic" w:hAnsi="MS Gothic" w:hint="eastAsia"/>
            </w:rPr>
            <w:t>☐</w:t>
          </w:r>
        </w:sdtContent>
      </w:sdt>
      <w:r w:rsidR="00000000">
        <w:t xml:space="preserve"> Revised Title Page</w:t>
      </w:r>
    </w:p>
    <w:p w14:paraId="135ABDA7" w14:textId="0F1AD7B5" w:rsidR="00341654" w:rsidRDefault="00733E9A">
      <w:sdt>
        <w:sdtPr>
          <w:id w:val="-1481683693"/>
          <w14:checkbox>
            <w14:checked w14:val="0"/>
            <w14:checkedState w14:val="221A" w14:font="Arial"/>
            <w14:uncheckedState w14:val="2610" w14:font="MS Gothic"/>
          </w14:checkbox>
        </w:sdtPr>
        <w:sdtContent>
          <w:r>
            <w:rPr>
              <w:rFonts w:ascii="MS Gothic" w:eastAsia="MS Gothic" w:hAnsi="MS Gothic" w:hint="eastAsia"/>
            </w:rPr>
            <w:t>☐</w:t>
          </w:r>
        </w:sdtContent>
      </w:sdt>
      <w:r w:rsidR="00000000">
        <w:t xml:space="preserve"> Updated Author Contributions</w:t>
      </w:r>
    </w:p>
    <w:p w14:paraId="1B2A6219" w14:textId="1884B618" w:rsidR="00341654" w:rsidRDefault="00733E9A">
      <w:sdt>
        <w:sdtPr>
          <w:id w:val="-199159734"/>
          <w14:checkbox>
            <w14:checked w14:val="0"/>
            <w14:checkedState w14:val="221A" w14:font="Arial"/>
            <w14:uncheckedState w14:val="2610" w14:font="MS Gothic"/>
          </w14:checkbox>
        </w:sdtPr>
        <w:sdtContent>
          <w:r>
            <w:rPr>
              <w:rFonts w:ascii="MS Gothic" w:eastAsia="MS Gothic" w:hAnsi="MS Gothic" w:hint="eastAsia"/>
            </w:rPr>
            <w:t>☐</w:t>
          </w:r>
        </w:sdtContent>
      </w:sdt>
      <w:r w:rsidR="00000000">
        <w:t xml:space="preserve"> Conflict of Interest (if revised)</w:t>
      </w:r>
    </w:p>
    <w:p w14:paraId="440215ED" w14:textId="54797C9B" w:rsidR="00341654" w:rsidRDefault="00733E9A">
      <w:sdt>
        <w:sdtPr>
          <w:id w:val="-993408820"/>
          <w14:checkbox>
            <w14:checked w14:val="0"/>
            <w14:checkedState w14:val="221A" w14:font="Arial"/>
            <w14:uncheckedState w14:val="2610" w14:font="MS Gothic"/>
          </w14:checkbox>
        </w:sdtPr>
        <w:sdtContent>
          <w:r>
            <w:rPr>
              <w:rFonts w:ascii="MS Gothic" w:eastAsia="MS Gothic" w:hAnsi="MS Gothic" w:hint="eastAsia"/>
            </w:rPr>
            <w:t>☐</w:t>
          </w:r>
        </w:sdtContent>
      </w:sdt>
      <w:r w:rsidR="00000000">
        <w:t xml:space="preserve"> Cover Letter</w:t>
      </w:r>
    </w:p>
    <w:p w14:paraId="1F0FEB75" w14:textId="6EB6A70D" w:rsidR="00341654" w:rsidRDefault="00733E9A">
      <w:sdt>
        <w:sdtPr>
          <w:id w:val="-1312084608"/>
          <w14:checkbox>
            <w14:checked w14:val="0"/>
            <w14:checkedState w14:val="221A" w14:font="Arial"/>
            <w14:uncheckedState w14:val="2610" w14:font="MS Gothic"/>
          </w14:checkbox>
        </w:sdtPr>
        <w:sdtContent>
          <w:r>
            <w:rPr>
              <w:rFonts w:ascii="MS Gothic" w:eastAsia="MS Gothic" w:hAnsi="MS Gothic" w:hint="eastAsia"/>
            </w:rPr>
            <w:t>☐</w:t>
          </w:r>
        </w:sdtContent>
      </w:sdt>
      <w:r w:rsidR="00000000">
        <w:t xml:space="preserve"> Supporting Documents</w:t>
      </w:r>
    </w:p>
    <w:p w14:paraId="40C8B07C" w14:textId="77777777" w:rsidR="00341654" w:rsidRDefault="00000000">
      <w:pPr>
        <w:pStyle w:val="Heading2"/>
      </w:pPr>
      <w:r>
        <w:t>9. Author Agreement &amp; Signatures</w:t>
      </w:r>
    </w:p>
    <w:p w14:paraId="030E2F29" w14:textId="44A39BD2" w:rsidR="00733E9A" w:rsidRPr="00733E9A" w:rsidRDefault="00733E9A" w:rsidP="00733E9A">
      <w:r>
        <w:t>Agreement of all existing authors is needed</w:t>
      </w:r>
      <w:r w:rsidR="00C52E02">
        <w:t xml:space="preserve">. Please fill out the table with appropriate information </w:t>
      </w:r>
    </w:p>
    <w:tbl>
      <w:tblPr>
        <w:tblStyle w:val="TableGrid"/>
        <w:tblW w:w="0" w:type="auto"/>
        <w:jc w:val="center"/>
        <w:tblLook w:val="04A0" w:firstRow="1" w:lastRow="0" w:firstColumn="1" w:lastColumn="0" w:noHBand="0" w:noVBand="1"/>
      </w:tblPr>
      <w:tblGrid>
        <w:gridCol w:w="2625"/>
        <w:gridCol w:w="2626"/>
        <w:gridCol w:w="2626"/>
        <w:gridCol w:w="2625"/>
      </w:tblGrid>
      <w:tr w:rsidR="00341654" w14:paraId="6525A565" w14:textId="77777777">
        <w:trPr>
          <w:jc w:val="center"/>
        </w:trPr>
        <w:tc>
          <w:tcPr>
            <w:tcW w:w="2628" w:type="dxa"/>
          </w:tcPr>
          <w:p w14:paraId="6E275BBD" w14:textId="77777777" w:rsidR="00341654" w:rsidRDefault="00000000">
            <w:r>
              <w:t>Author Name</w:t>
            </w:r>
          </w:p>
        </w:tc>
        <w:tc>
          <w:tcPr>
            <w:tcW w:w="2628" w:type="dxa"/>
          </w:tcPr>
          <w:p w14:paraId="76F74191" w14:textId="77777777" w:rsidR="00341654" w:rsidRDefault="00000000">
            <w:r>
              <w:t>Affiliation</w:t>
            </w:r>
          </w:p>
        </w:tc>
        <w:tc>
          <w:tcPr>
            <w:tcW w:w="2628" w:type="dxa"/>
          </w:tcPr>
          <w:p w14:paraId="069B44B3" w14:textId="77777777" w:rsidR="00341654" w:rsidRDefault="00000000">
            <w:r>
              <w:t>Signature</w:t>
            </w:r>
          </w:p>
        </w:tc>
        <w:tc>
          <w:tcPr>
            <w:tcW w:w="2628" w:type="dxa"/>
          </w:tcPr>
          <w:p w14:paraId="0DA74599" w14:textId="77777777" w:rsidR="00341654" w:rsidRDefault="00000000">
            <w:r>
              <w:t>Date</w:t>
            </w:r>
          </w:p>
        </w:tc>
      </w:tr>
      <w:tr w:rsidR="00341654" w14:paraId="39B78593" w14:textId="77777777">
        <w:trPr>
          <w:jc w:val="center"/>
        </w:trPr>
        <w:tc>
          <w:tcPr>
            <w:tcW w:w="2628" w:type="dxa"/>
          </w:tcPr>
          <w:p w14:paraId="7046F0F9" w14:textId="77777777" w:rsidR="00341654" w:rsidRDefault="00341654"/>
        </w:tc>
        <w:tc>
          <w:tcPr>
            <w:tcW w:w="2628" w:type="dxa"/>
          </w:tcPr>
          <w:p w14:paraId="6C978620" w14:textId="77777777" w:rsidR="00341654" w:rsidRDefault="00341654"/>
        </w:tc>
        <w:tc>
          <w:tcPr>
            <w:tcW w:w="2628" w:type="dxa"/>
          </w:tcPr>
          <w:p w14:paraId="0C017BA1" w14:textId="77777777" w:rsidR="00341654" w:rsidRDefault="00341654"/>
        </w:tc>
        <w:tc>
          <w:tcPr>
            <w:tcW w:w="2628" w:type="dxa"/>
          </w:tcPr>
          <w:p w14:paraId="2FF088A9" w14:textId="77777777" w:rsidR="00341654" w:rsidRDefault="00341654"/>
        </w:tc>
      </w:tr>
      <w:tr w:rsidR="00341654" w14:paraId="2D348E1C" w14:textId="77777777">
        <w:trPr>
          <w:jc w:val="center"/>
        </w:trPr>
        <w:tc>
          <w:tcPr>
            <w:tcW w:w="2628" w:type="dxa"/>
          </w:tcPr>
          <w:p w14:paraId="508C2B7F" w14:textId="77777777" w:rsidR="00341654" w:rsidRDefault="00341654"/>
        </w:tc>
        <w:tc>
          <w:tcPr>
            <w:tcW w:w="2628" w:type="dxa"/>
          </w:tcPr>
          <w:p w14:paraId="2C6D91D6" w14:textId="77777777" w:rsidR="00341654" w:rsidRDefault="00341654"/>
        </w:tc>
        <w:tc>
          <w:tcPr>
            <w:tcW w:w="2628" w:type="dxa"/>
          </w:tcPr>
          <w:p w14:paraId="02808B66" w14:textId="77777777" w:rsidR="00341654" w:rsidRDefault="00341654"/>
        </w:tc>
        <w:tc>
          <w:tcPr>
            <w:tcW w:w="2628" w:type="dxa"/>
          </w:tcPr>
          <w:p w14:paraId="18707491" w14:textId="77777777" w:rsidR="00341654" w:rsidRDefault="00341654"/>
        </w:tc>
      </w:tr>
      <w:tr w:rsidR="00341654" w14:paraId="3D2E1072" w14:textId="77777777">
        <w:trPr>
          <w:jc w:val="center"/>
        </w:trPr>
        <w:tc>
          <w:tcPr>
            <w:tcW w:w="2628" w:type="dxa"/>
          </w:tcPr>
          <w:p w14:paraId="543C91D3" w14:textId="77777777" w:rsidR="00341654" w:rsidRDefault="00341654"/>
        </w:tc>
        <w:tc>
          <w:tcPr>
            <w:tcW w:w="2628" w:type="dxa"/>
          </w:tcPr>
          <w:p w14:paraId="32B33AB2" w14:textId="77777777" w:rsidR="00341654" w:rsidRDefault="00341654"/>
        </w:tc>
        <w:tc>
          <w:tcPr>
            <w:tcW w:w="2628" w:type="dxa"/>
          </w:tcPr>
          <w:p w14:paraId="20DF9FD9" w14:textId="77777777" w:rsidR="00341654" w:rsidRDefault="00341654"/>
        </w:tc>
        <w:tc>
          <w:tcPr>
            <w:tcW w:w="2628" w:type="dxa"/>
          </w:tcPr>
          <w:p w14:paraId="3E0411DD" w14:textId="77777777" w:rsidR="00341654" w:rsidRDefault="00341654"/>
        </w:tc>
      </w:tr>
      <w:tr w:rsidR="00341654" w14:paraId="31D7B174" w14:textId="77777777">
        <w:trPr>
          <w:jc w:val="center"/>
        </w:trPr>
        <w:tc>
          <w:tcPr>
            <w:tcW w:w="2628" w:type="dxa"/>
          </w:tcPr>
          <w:p w14:paraId="2B39B1FE" w14:textId="77777777" w:rsidR="00341654" w:rsidRDefault="00341654"/>
        </w:tc>
        <w:tc>
          <w:tcPr>
            <w:tcW w:w="2628" w:type="dxa"/>
          </w:tcPr>
          <w:p w14:paraId="5F6E292D" w14:textId="77777777" w:rsidR="00341654" w:rsidRDefault="00341654"/>
        </w:tc>
        <w:tc>
          <w:tcPr>
            <w:tcW w:w="2628" w:type="dxa"/>
          </w:tcPr>
          <w:p w14:paraId="202E7D44" w14:textId="77777777" w:rsidR="00341654" w:rsidRDefault="00341654"/>
        </w:tc>
        <w:tc>
          <w:tcPr>
            <w:tcW w:w="2628" w:type="dxa"/>
          </w:tcPr>
          <w:p w14:paraId="32884BFB" w14:textId="77777777" w:rsidR="00341654" w:rsidRDefault="00341654"/>
        </w:tc>
      </w:tr>
      <w:tr w:rsidR="00341654" w14:paraId="6971EF44" w14:textId="77777777">
        <w:trPr>
          <w:jc w:val="center"/>
        </w:trPr>
        <w:tc>
          <w:tcPr>
            <w:tcW w:w="2628" w:type="dxa"/>
          </w:tcPr>
          <w:p w14:paraId="3ABF7DBE" w14:textId="77777777" w:rsidR="00341654" w:rsidRDefault="00341654"/>
        </w:tc>
        <w:tc>
          <w:tcPr>
            <w:tcW w:w="2628" w:type="dxa"/>
          </w:tcPr>
          <w:p w14:paraId="5F47AA41" w14:textId="77777777" w:rsidR="00341654" w:rsidRDefault="00341654"/>
        </w:tc>
        <w:tc>
          <w:tcPr>
            <w:tcW w:w="2628" w:type="dxa"/>
          </w:tcPr>
          <w:p w14:paraId="5B5B5D59" w14:textId="77777777" w:rsidR="00341654" w:rsidRDefault="00341654"/>
        </w:tc>
        <w:tc>
          <w:tcPr>
            <w:tcW w:w="2628" w:type="dxa"/>
          </w:tcPr>
          <w:p w14:paraId="5B190216" w14:textId="77777777" w:rsidR="00341654" w:rsidRDefault="00341654"/>
        </w:tc>
      </w:tr>
      <w:tr w:rsidR="00341654" w14:paraId="16387000" w14:textId="77777777">
        <w:trPr>
          <w:jc w:val="center"/>
        </w:trPr>
        <w:tc>
          <w:tcPr>
            <w:tcW w:w="2628" w:type="dxa"/>
          </w:tcPr>
          <w:p w14:paraId="52F4E569" w14:textId="77777777" w:rsidR="00341654" w:rsidRDefault="00341654"/>
        </w:tc>
        <w:tc>
          <w:tcPr>
            <w:tcW w:w="2628" w:type="dxa"/>
          </w:tcPr>
          <w:p w14:paraId="1811C197" w14:textId="77777777" w:rsidR="00341654" w:rsidRDefault="00341654"/>
        </w:tc>
        <w:tc>
          <w:tcPr>
            <w:tcW w:w="2628" w:type="dxa"/>
          </w:tcPr>
          <w:p w14:paraId="7C3C8C87" w14:textId="77777777" w:rsidR="00341654" w:rsidRDefault="00341654"/>
        </w:tc>
        <w:tc>
          <w:tcPr>
            <w:tcW w:w="2628" w:type="dxa"/>
          </w:tcPr>
          <w:p w14:paraId="39E80C9B" w14:textId="77777777" w:rsidR="00341654" w:rsidRDefault="00341654"/>
        </w:tc>
      </w:tr>
      <w:tr w:rsidR="00341654" w14:paraId="30FF35E0" w14:textId="77777777">
        <w:trPr>
          <w:jc w:val="center"/>
        </w:trPr>
        <w:tc>
          <w:tcPr>
            <w:tcW w:w="2628" w:type="dxa"/>
          </w:tcPr>
          <w:p w14:paraId="0E2D73BD" w14:textId="77777777" w:rsidR="00341654" w:rsidRDefault="00341654"/>
        </w:tc>
        <w:tc>
          <w:tcPr>
            <w:tcW w:w="2628" w:type="dxa"/>
          </w:tcPr>
          <w:p w14:paraId="00BDD4EF" w14:textId="77777777" w:rsidR="00341654" w:rsidRDefault="00341654"/>
        </w:tc>
        <w:tc>
          <w:tcPr>
            <w:tcW w:w="2628" w:type="dxa"/>
          </w:tcPr>
          <w:p w14:paraId="0D9E7BF1" w14:textId="77777777" w:rsidR="00341654" w:rsidRDefault="00341654"/>
        </w:tc>
        <w:tc>
          <w:tcPr>
            <w:tcW w:w="2628" w:type="dxa"/>
          </w:tcPr>
          <w:p w14:paraId="140578FD" w14:textId="77777777" w:rsidR="00341654" w:rsidRDefault="00341654"/>
        </w:tc>
      </w:tr>
      <w:tr w:rsidR="00341654" w14:paraId="3094939B" w14:textId="77777777">
        <w:trPr>
          <w:jc w:val="center"/>
        </w:trPr>
        <w:tc>
          <w:tcPr>
            <w:tcW w:w="2628" w:type="dxa"/>
          </w:tcPr>
          <w:p w14:paraId="49C297CC" w14:textId="77777777" w:rsidR="00341654" w:rsidRDefault="00341654"/>
        </w:tc>
        <w:tc>
          <w:tcPr>
            <w:tcW w:w="2628" w:type="dxa"/>
          </w:tcPr>
          <w:p w14:paraId="49463EE5" w14:textId="77777777" w:rsidR="00341654" w:rsidRDefault="00341654"/>
        </w:tc>
        <w:tc>
          <w:tcPr>
            <w:tcW w:w="2628" w:type="dxa"/>
          </w:tcPr>
          <w:p w14:paraId="26E7A7D1" w14:textId="77777777" w:rsidR="00341654" w:rsidRDefault="00341654"/>
        </w:tc>
        <w:tc>
          <w:tcPr>
            <w:tcW w:w="2628" w:type="dxa"/>
          </w:tcPr>
          <w:p w14:paraId="201DC17D" w14:textId="77777777" w:rsidR="00341654" w:rsidRDefault="00341654"/>
        </w:tc>
      </w:tr>
      <w:tr w:rsidR="00341654" w14:paraId="460B1585" w14:textId="77777777">
        <w:trPr>
          <w:jc w:val="center"/>
        </w:trPr>
        <w:tc>
          <w:tcPr>
            <w:tcW w:w="2628" w:type="dxa"/>
          </w:tcPr>
          <w:p w14:paraId="4EEF67D1" w14:textId="77777777" w:rsidR="00341654" w:rsidRDefault="00341654"/>
        </w:tc>
        <w:tc>
          <w:tcPr>
            <w:tcW w:w="2628" w:type="dxa"/>
          </w:tcPr>
          <w:p w14:paraId="516E93D8" w14:textId="77777777" w:rsidR="00341654" w:rsidRDefault="00341654"/>
        </w:tc>
        <w:tc>
          <w:tcPr>
            <w:tcW w:w="2628" w:type="dxa"/>
          </w:tcPr>
          <w:p w14:paraId="1A2A93EC" w14:textId="77777777" w:rsidR="00341654" w:rsidRDefault="00341654"/>
        </w:tc>
        <w:tc>
          <w:tcPr>
            <w:tcW w:w="2628" w:type="dxa"/>
          </w:tcPr>
          <w:p w14:paraId="6E797F07" w14:textId="77777777" w:rsidR="00341654" w:rsidRDefault="00341654"/>
        </w:tc>
      </w:tr>
      <w:tr w:rsidR="00341654" w14:paraId="6A6ACAF1" w14:textId="77777777">
        <w:trPr>
          <w:jc w:val="center"/>
        </w:trPr>
        <w:tc>
          <w:tcPr>
            <w:tcW w:w="2628" w:type="dxa"/>
          </w:tcPr>
          <w:p w14:paraId="32457166" w14:textId="77777777" w:rsidR="00341654" w:rsidRDefault="00341654"/>
        </w:tc>
        <w:tc>
          <w:tcPr>
            <w:tcW w:w="2628" w:type="dxa"/>
          </w:tcPr>
          <w:p w14:paraId="2D1C26FB" w14:textId="77777777" w:rsidR="00341654" w:rsidRDefault="00341654"/>
        </w:tc>
        <w:tc>
          <w:tcPr>
            <w:tcW w:w="2628" w:type="dxa"/>
          </w:tcPr>
          <w:p w14:paraId="2C102541" w14:textId="77777777" w:rsidR="00341654" w:rsidRDefault="00341654"/>
        </w:tc>
        <w:tc>
          <w:tcPr>
            <w:tcW w:w="2628" w:type="dxa"/>
          </w:tcPr>
          <w:p w14:paraId="0271FFB1" w14:textId="77777777" w:rsidR="00341654" w:rsidRDefault="00341654"/>
        </w:tc>
      </w:tr>
    </w:tbl>
    <w:p w14:paraId="1DF86EC0" w14:textId="77777777" w:rsidR="00341654" w:rsidRDefault="00000000">
      <w:r>
        <w:br w:type="page"/>
      </w:r>
    </w:p>
    <w:p w14:paraId="5EBD7525" w14:textId="77777777" w:rsidR="00341654" w:rsidRDefault="00000000">
      <w:pPr>
        <w:pStyle w:val="Heading2"/>
      </w:pPr>
      <w:r>
        <w:lastRenderedPageBreak/>
        <w:t>10. Declaration</w:t>
      </w:r>
    </w:p>
    <w:p w14:paraId="2543EB87" w14:textId="77777777" w:rsidR="00341654" w:rsidRDefault="00000000">
      <w:r>
        <w:t>We certify that all authors have reviewed and unanimously approved this authorship change request. The information provided is complete and accurate. We understand that false statements or forged signatures constitute publication misconduct.</w:t>
      </w:r>
    </w:p>
    <w:p w14:paraId="39AF60C7" w14:textId="77777777" w:rsidR="00341654" w:rsidRDefault="00000000">
      <w:r>
        <w:br/>
        <w:t>Corresponding Author Signature: __________________________</w:t>
      </w:r>
    </w:p>
    <w:p w14:paraId="182077C1" w14:textId="77777777" w:rsidR="00341654" w:rsidRDefault="00000000">
      <w:r>
        <w:t>Date: __________________________</w:t>
      </w:r>
    </w:p>
    <w:p w14:paraId="0E458C6A" w14:textId="77777777" w:rsidR="00C52E02" w:rsidRDefault="00C52E02"/>
    <w:p w14:paraId="309EE934" w14:textId="77777777" w:rsidR="00341654" w:rsidRDefault="00000000">
      <w:pPr>
        <w:pStyle w:val="Heading2"/>
      </w:pPr>
      <w:r>
        <w:t>11. Editorial Office Checklist</w:t>
      </w:r>
    </w:p>
    <w:p w14:paraId="5B652B4F" w14:textId="443E2DDA" w:rsidR="00341654" w:rsidRDefault="00C52E02">
      <w:sdt>
        <w:sdtPr>
          <w:id w:val="-1650124737"/>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Complete Submission</w:t>
      </w:r>
    </w:p>
    <w:p w14:paraId="533B511C" w14:textId="0F1364B8" w:rsidR="00341654" w:rsidRDefault="00C52E02">
      <w:sdt>
        <w:sdtPr>
          <w:id w:val="-320195698"/>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Missing Documents</w:t>
      </w:r>
    </w:p>
    <w:p w14:paraId="25A39017" w14:textId="403DE521" w:rsidR="00341654" w:rsidRDefault="00C52E02">
      <w:sdt>
        <w:sdtPr>
          <w:id w:val="658962972"/>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COPE Review Required</w:t>
      </w:r>
    </w:p>
    <w:p w14:paraId="0EDB91EF" w14:textId="7E010444" w:rsidR="00341654" w:rsidRDefault="00C52E02">
      <w:sdt>
        <w:sdtPr>
          <w:id w:val="645241715"/>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Ethics Concern Identified</w:t>
      </w:r>
    </w:p>
    <w:tbl>
      <w:tblPr>
        <w:tblStyle w:val="TableGrid"/>
        <w:tblW w:w="0" w:type="auto"/>
        <w:tblLook w:val="04A0" w:firstRow="1" w:lastRow="0" w:firstColumn="1" w:lastColumn="0" w:noHBand="0" w:noVBand="1"/>
      </w:tblPr>
      <w:tblGrid>
        <w:gridCol w:w="5251"/>
        <w:gridCol w:w="5251"/>
      </w:tblGrid>
      <w:tr w:rsidR="00341654" w14:paraId="03DD6CCD" w14:textId="77777777">
        <w:tc>
          <w:tcPr>
            <w:tcW w:w="5256" w:type="dxa"/>
          </w:tcPr>
          <w:p w14:paraId="187A2D8E" w14:textId="77777777" w:rsidR="00341654" w:rsidRDefault="00000000">
            <w:r>
              <w:t>Handling Editor</w:t>
            </w:r>
          </w:p>
        </w:tc>
        <w:tc>
          <w:tcPr>
            <w:tcW w:w="5256" w:type="dxa"/>
          </w:tcPr>
          <w:p w14:paraId="22326F1D" w14:textId="77777777" w:rsidR="00341654" w:rsidRDefault="00341654"/>
        </w:tc>
      </w:tr>
      <w:tr w:rsidR="00341654" w14:paraId="2E0D13F8" w14:textId="77777777">
        <w:tc>
          <w:tcPr>
            <w:tcW w:w="5256" w:type="dxa"/>
          </w:tcPr>
          <w:p w14:paraId="60A3AFF7" w14:textId="77777777" w:rsidR="00341654" w:rsidRDefault="00000000">
            <w:r>
              <w:t>Decision</w:t>
            </w:r>
          </w:p>
        </w:tc>
        <w:tc>
          <w:tcPr>
            <w:tcW w:w="5256" w:type="dxa"/>
          </w:tcPr>
          <w:p w14:paraId="02A2791E" w14:textId="46A08C9E" w:rsidR="00341654" w:rsidRDefault="00C52E02">
            <w:sdt>
              <w:sdtPr>
                <w:id w:val="130214497"/>
                <w14:checkbox>
                  <w14:checked w14:val="0"/>
                  <w14:checkedState w14:val="221A" w14:font="Arial"/>
                  <w14:uncheckedState w14:val="2610" w14:font="MS Gothic"/>
                </w14:checkbox>
              </w:sdtPr>
              <w:sdtContent>
                <w:r>
                  <w:rPr>
                    <w:rFonts w:ascii="MS Gothic" w:eastAsia="MS Gothic" w:hAnsi="MS Gothic" w:hint="eastAsia"/>
                  </w:rPr>
                  <w:t>☐</w:t>
                </w:r>
              </w:sdtContent>
            </w:sdt>
            <w:r>
              <w:t xml:space="preserve"> </w:t>
            </w:r>
            <w:r w:rsidR="00000000">
              <w:t xml:space="preserve">Approved   </w:t>
            </w:r>
            <w:sdt>
              <w:sdtPr>
                <w:id w:val="1058515921"/>
                <w14:checkbox>
                  <w14:checked w14:val="0"/>
                  <w14:checkedState w14:val="221A" w14:font="Arial"/>
                  <w14:uncheckedState w14:val="2610" w14:font="MS Gothic"/>
                </w14:checkbox>
              </w:sdtPr>
              <w:sdtContent>
                <w:r>
                  <w:rPr>
                    <w:rFonts w:ascii="MS Gothic" w:eastAsia="MS Gothic" w:hAnsi="MS Gothic" w:hint="eastAsia"/>
                  </w:rPr>
                  <w:t>☐</w:t>
                </w:r>
              </w:sdtContent>
            </w:sdt>
            <w:r w:rsidR="00000000">
              <w:t xml:space="preserve"> Minor Revision   </w:t>
            </w:r>
            <w:sdt>
              <w:sdtPr>
                <w:id w:val="-688516904"/>
                <w14:checkbox>
                  <w14:checked w14:val="0"/>
                  <w14:checkedState w14:val="221A" w14:font="Arial"/>
                  <w14:uncheckedState w14:val="2610" w14:font="MS Gothic"/>
                </w14:checkbox>
              </w:sdtPr>
              <w:sdtContent>
                <w:r>
                  <w:rPr>
                    <w:rFonts w:ascii="MS Gothic" w:eastAsia="MS Gothic" w:hAnsi="MS Gothic" w:hint="eastAsia"/>
                  </w:rPr>
                  <w:t>☐</w:t>
                </w:r>
              </w:sdtContent>
            </w:sdt>
            <w:r w:rsidR="00000000">
              <w:t xml:space="preserve"> Rejected</w:t>
            </w:r>
          </w:p>
        </w:tc>
      </w:tr>
      <w:tr w:rsidR="00341654" w14:paraId="248F5442" w14:textId="77777777">
        <w:tc>
          <w:tcPr>
            <w:tcW w:w="5256" w:type="dxa"/>
          </w:tcPr>
          <w:p w14:paraId="46C3E10B" w14:textId="77777777" w:rsidR="00341654" w:rsidRDefault="00000000">
            <w:r>
              <w:t>Editor-in-Chief</w:t>
            </w:r>
          </w:p>
        </w:tc>
        <w:tc>
          <w:tcPr>
            <w:tcW w:w="5256" w:type="dxa"/>
          </w:tcPr>
          <w:p w14:paraId="639D4C91" w14:textId="77777777" w:rsidR="00341654" w:rsidRDefault="00341654"/>
        </w:tc>
      </w:tr>
      <w:tr w:rsidR="00341654" w14:paraId="3CDDBEE6" w14:textId="77777777">
        <w:tc>
          <w:tcPr>
            <w:tcW w:w="5256" w:type="dxa"/>
          </w:tcPr>
          <w:p w14:paraId="29A02BF0" w14:textId="77777777" w:rsidR="00341654" w:rsidRDefault="00000000">
            <w:r>
              <w:t>Remarks</w:t>
            </w:r>
          </w:p>
        </w:tc>
        <w:tc>
          <w:tcPr>
            <w:tcW w:w="5256" w:type="dxa"/>
          </w:tcPr>
          <w:p w14:paraId="00C2665D" w14:textId="77777777" w:rsidR="00341654" w:rsidRDefault="00341654"/>
        </w:tc>
      </w:tr>
      <w:tr w:rsidR="00341654" w14:paraId="512FDB06" w14:textId="77777777">
        <w:tc>
          <w:tcPr>
            <w:tcW w:w="5256" w:type="dxa"/>
          </w:tcPr>
          <w:p w14:paraId="21F1517A" w14:textId="77777777" w:rsidR="00341654" w:rsidRDefault="00000000">
            <w:r>
              <w:t>Date</w:t>
            </w:r>
          </w:p>
        </w:tc>
        <w:tc>
          <w:tcPr>
            <w:tcW w:w="5256" w:type="dxa"/>
          </w:tcPr>
          <w:p w14:paraId="41CF850B" w14:textId="77777777" w:rsidR="00341654" w:rsidRDefault="00341654"/>
        </w:tc>
      </w:tr>
      <w:tr w:rsidR="00341654" w14:paraId="749FC406" w14:textId="77777777">
        <w:tc>
          <w:tcPr>
            <w:tcW w:w="10512" w:type="dxa"/>
            <w:gridSpan w:val="2"/>
          </w:tcPr>
          <w:p w14:paraId="33F261D4" w14:textId="77777777" w:rsidR="00341654" w:rsidRDefault="00000000">
            <w:r>
              <w:t>IMPORTANT NOTICE</w:t>
            </w:r>
            <w:r>
              <w:br/>
              <w:t>Authorship changes are normally permitted only before manuscript acceptance. After acceptance, requests will not normally be considered except in exceptional ethical circumstances. Forged signatures or false information may lead to rejection, withdrawal, or institutional notification.</w:t>
            </w:r>
          </w:p>
        </w:tc>
      </w:tr>
    </w:tbl>
    <w:p w14:paraId="30301B5B" w14:textId="77777777" w:rsidR="00EB7691" w:rsidRDefault="00EB7691"/>
    <w:sectPr w:rsidR="00EB7691" w:rsidSect="00034616">
      <w:pgSz w:w="12240" w:h="15840"/>
      <w:pgMar w:top="648" w:right="864" w:bottom="64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0221645">
    <w:abstractNumId w:val="8"/>
  </w:num>
  <w:num w:numId="2" w16cid:durableId="798845069">
    <w:abstractNumId w:val="6"/>
  </w:num>
  <w:num w:numId="3" w16cid:durableId="140971365">
    <w:abstractNumId w:val="5"/>
  </w:num>
  <w:num w:numId="4" w16cid:durableId="1977057138">
    <w:abstractNumId w:val="4"/>
  </w:num>
  <w:num w:numId="5" w16cid:durableId="1574584299">
    <w:abstractNumId w:val="7"/>
  </w:num>
  <w:num w:numId="6" w16cid:durableId="423036737">
    <w:abstractNumId w:val="3"/>
  </w:num>
  <w:num w:numId="7" w16cid:durableId="289016846">
    <w:abstractNumId w:val="2"/>
  </w:num>
  <w:num w:numId="8" w16cid:durableId="385763815">
    <w:abstractNumId w:val="1"/>
  </w:num>
  <w:num w:numId="9" w16cid:durableId="72988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41654"/>
    <w:rsid w:val="006D6B67"/>
    <w:rsid w:val="00733E9A"/>
    <w:rsid w:val="00AA1D8D"/>
    <w:rsid w:val="00B47730"/>
    <w:rsid w:val="00C52E02"/>
    <w:rsid w:val="00CB0664"/>
    <w:rsid w:val="00EB76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ECFDD4"/>
  <w14:defaultImageDpi w14:val="330"/>
  <w15:docId w15:val="{4A8AA0AB-6670-45CA-AD0F-06CB1491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432</Words>
  <Characters>2814</Characters>
  <Application>Microsoft Office Word</Application>
  <DocSecurity>0</DocSecurity>
  <Lines>57</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Md. Shimul Bhuia</cp:lastModifiedBy>
  <cp:revision>2</cp:revision>
  <dcterms:created xsi:type="dcterms:W3CDTF">2026-08-03T10:21:00Z</dcterms:created>
  <dcterms:modified xsi:type="dcterms:W3CDTF">2026-08-03T10:21:00Z</dcterms:modified>
  <cp:category/>
</cp:coreProperties>
</file>